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3B193C" w14:textId="310197D5" w:rsidR="000F4911" w:rsidRDefault="008F38E2" w:rsidP="00CF6E22">
      <w:pPr>
        <w:pStyle w:val="Heading1"/>
        <w:jc w:val="center"/>
        <w:rPr>
          <w:rFonts w:ascii="Times New Roman" w:hAnsi="Times New Roman" w:cs="Times New Roman"/>
          <w:color w:val="FF0000"/>
        </w:rPr>
      </w:pPr>
      <w:r w:rsidRPr="00540C5A">
        <w:rPr>
          <w:rFonts w:ascii="Times New Roman" w:hAnsi="Times New Roman" w:cs="Times New Roman"/>
          <w:color w:val="FF0000"/>
        </w:rPr>
        <w:t>C</w:t>
      </w:r>
      <w:r w:rsidRPr="00540C5A">
        <w:rPr>
          <w:rFonts w:ascii="Times New Roman" w:hAnsi="Times New Roman" w:cs="Times New Roman"/>
          <w:color w:val="FF0000"/>
        </w:rPr>
        <w:t>ả</w:t>
      </w:r>
      <w:r w:rsidRPr="00540C5A">
        <w:rPr>
          <w:rFonts w:ascii="Times New Roman" w:hAnsi="Times New Roman" w:cs="Times New Roman"/>
          <w:color w:val="FF0000"/>
        </w:rPr>
        <w:t>m nh</w:t>
      </w:r>
      <w:r w:rsidRPr="00540C5A">
        <w:rPr>
          <w:rFonts w:ascii="Times New Roman" w:hAnsi="Times New Roman" w:cs="Times New Roman"/>
          <w:color w:val="FF0000"/>
        </w:rPr>
        <w:t>ậ</w:t>
      </w:r>
      <w:r w:rsidRPr="00540C5A">
        <w:rPr>
          <w:rFonts w:ascii="Times New Roman" w:hAnsi="Times New Roman" w:cs="Times New Roman"/>
          <w:color w:val="FF0000"/>
        </w:rPr>
        <w:t>n v</w:t>
      </w:r>
      <w:r w:rsidRPr="00540C5A">
        <w:rPr>
          <w:rFonts w:ascii="Times New Roman" w:hAnsi="Times New Roman" w:cs="Times New Roman"/>
          <w:color w:val="FF0000"/>
        </w:rPr>
        <w:t>ề</w:t>
      </w:r>
      <w:r w:rsidRPr="00540C5A">
        <w:rPr>
          <w:rFonts w:ascii="Times New Roman" w:hAnsi="Times New Roman" w:cs="Times New Roman"/>
          <w:color w:val="FF0000"/>
        </w:rPr>
        <w:t xml:space="preserve"> ngày khai trư</w:t>
      </w:r>
      <w:r w:rsidRPr="00540C5A">
        <w:rPr>
          <w:rFonts w:ascii="Times New Roman" w:hAnsi="Times New Roman" w:cs="Times New Roman"/>
          <w:color w:val="FF0000"/>
        </w:rPr>
        <w:t>ờ</w:t>
      </w:r>
      <w:r w:rsidRPr="00540C5A">
        <w:rPr>
          <w:rFonts w:ascii="Times New Roman" w:hAnsi="Times New Roman" w:cs="Times New Roman"/>
          <w:color w:val="FF0000"/>
        </w:rPr>
        <w:t>ng mùa thu</w:t>
      </w:r>
      <w:r w:rsidR="00540C5A">
        <w:rPr>
          <w:rFonts w:ascii="Times New Roman" w:hAnsi="Times New Roman" w:cs="Times New Roman"/>
          <w:color w:val="FF0000"/>
        </w:rPr>
        <w:t>!</w:t>
      </w:r>
    </w:p>
    <w:p w14:paraId="4640C249" w14:textId="24E525A0" w:rsidR="00540C5A" w:rsidRPr="00540C5A" w:rsidRDefault="00540C5A" w:rsidP="00540C5A"/>
    <w:p w14:paraId="58BA887F" w14:textId="21ADA5BF" w:rsidR="00540C5A" w:rsidRDefault="008F38E2" w:rsidP="00540C5A">
      <w:pPr>
        <w:ind w:firstLine="720"/>
        <w:jc w:val="both"/>
        <w:rPr>
          <w:rFonts w:ascii="Times New Roman" w:hAnsi="Times New Roman" w:cs="Times New Roman"/>
          <w:sz w:val="28"/>
          <w:szCs w:val="28"/>
        </w:rPr>
      </w:pPr>
      <w:r w:rsidRPr="00CF6E22">
        <w:rPr>
          <w:rFonts w:ascii="Times New Roman" w:hAnsi="Times New Roman" w:cs="Times New Roman"/>
          <w:sz w:val="28"/>
          <w:szCs w:val="28"/>
        </w:rPr>
        <w:t>Mùa thu v</w:t>
      </w:r>
      <w:r w:rsidRPr="00CF6E22">
        <w:rPr>
          <w:rFonts w:ascii="Times New Roman" w:hAnsi="Times New Roman" w:cs="Times New Roman"/>
          <w:sz w:val="28"/>
          <w:szCs w:val="28"/>
        </w:rPr>
        <w:t>ề</w:t>
      </w:r>
      <w:r w:rsidRPr="00CF6E22">
        <w:rPr>
          <w:rFonts w:ascii="Times New Roman" w:hAnsi="Times New Roman" w:cs="Times New Roman"/>
          <w:sz w:val="28"/>
          <w:szCs w:val="28"/>
        </w:rPr>
        <w:t>, đ</w:t>
      </w:r>
      <w:r w:rsidRPr="00CF6E22">
        <w:rPr>
          <w:rFonts w:ascii="Times New Roman" w:hAnsi="Times New Roman" w:cs="Times New Roman"/>
          <w:sz w:val="28"/>
          <w:szCs w:val="28"/>
        </w:rPr>
        <w:t>ấ</w:t>
      </w:r>
      <w:r w:rsidRPr="00CF6E22">
        <w:rPr>
          <w:rFonts w:ascii="Times New Roman" w:hAnsi="Times New Roman" w:cs="Times New Roman"/>
          <w:sz w:val="28"/>
          <w:szCs w:val="28"/>
        </w:rPr>
        <w:t>t tr</w:t>
      </w:r>
      <w:r w:rsidRPr="00CF6E22">
        <w:rPr>
          <w:rFonts w:ascii="Times New Roman" w:hAnsi="Times New Roman" w:cs="Times New Roman"/>
          <w:sz w:val="28"/>
          <w:szCs w:val="28"/>
        </w:rPr>
        <w:t>ờ</w:t>
      </w:r>
      <w:r w:rsidRPr="00CF6E22">
        <w:rPr>
          <w:rFonts w:ascii="Times New Roman" w:hAnsi="Times New Roman" w:cs="Times New Roman"/>
          <w:sz w:val="28"/>
          <w:szCs w:val="28"/>
        </w:rPr>
        <w:t>i như khoác lên mình m</w:t>
      </w:r>
      <w:r w:rsidRPr="00CF6E22">
        <w:rPr>
          <w:rFonts w:ascii="Times New Roman" w:hAnsi="Times New Roman" w:cs="Times New Roman"/>
          <w:sz w:val="28"/>
          <w:szCs w:val="28"/>
        </w:rPr>
        <w:t>ộ</w:t>
      </w:r>
      <w:r w:rsidRPr="00CF6E22">
        <w:rPr>
          <w:rFonts w:ascii="Times New Roman" w:hAnsi="Times New Roman" w:cs="Times New Roman"/>
          <w:sz w:val="28"/>
          <w:szCs w:val="28"/>
        </w:rPr>
        <w:t>t t</w:t>
      </w:r>
      <w:r w:rsidRPr="00CF6E22">
        <w:rPr>
          <w:rFonts w:ascii="Times New Roman" w:hAnsi="Times New Roman" w:cs="Times New Roman"/>
          <w:sz w:val="28"/>
          <w:szCs w:val="28"/>
        </w:rPr>
        <w:t>ấ</w:t>
      </w:r>
      <w:r w:rsidRPr="00CF6E22">
        <w:rPr>
          <w:rFonts w:ascii="Times New Roman" w:hAnsi="Times New Roman" w:cs="Times New Roman"/>
          <w:sz w:val="28"/>
          <w:szCs w:val="28"/>
        </w:rPr>
        <w:t>m áo m</w:t>
      </w:r>
      <w:r w:rsidRPr="00CF6E22">
        <w:rPr>
          <w:rFonts w:ascii="Times New Roman" w:hAnsi="Times New Roman" w:cs="Times New Roman"/>
          <w:sz w:val="28"/>
          <w:szCs w:val="28"/>
        </w:rPr>
        <w:t>ớ</w:t>
      </w:r>
      <w:r w:rsidRPr="00CF6E22">
        <w:rPr>
          <w:rFonts w:ascii="Times New Roman" w:hAnsi="Times New Roman" w:cs="Times New Roman"/>
          <w:sz w:val="28"/>
          <w:szCs w:val="28"/>
        </w:rPr>
        <w:t>i. Tr</w:t>
      </w:r>
      <w:r w:rsidRPr="00CF6E22">
        <w:rPr>
          <w:rFonts w:ascii="Times New Roman" w:hAnsi="Times New Roman" w:cs="Times New Roman"/>
          <w:sz w:val="28"/>
          <w:szCs w:val="28"/>
        </w:rPr>
        <w:t>ờ</w:t>
      </w:r>
      <w:r w:rsidRPr="00CF6E22">
        <w:rPr>
          <w:rFonts w:ascii="Times New Roman" w:hAnsi="Times New Roman" w:cs="Times New Roman"/>
          <w:sz w:val="28"/>
          <w:szCs w:val="28"/>
        </w:rPr>
        <w:t>i xanh thăm th</w:t>
      </w:r>
      <w:r w:rsidRPr="00CF6E22">
        <w:rPr>
          <w:rFonts w:ascii="Times New Roman" w:hAnsi="Times New Roman" w:cs="Times New Roman"/>
          <w:sz w:val="28"/>
          <w:szCs w:val="28"/>
        </w:rPr>
        <w:t>ẳ</w:t>
      </w:r>
      <w:r w:rsidRPr="00CF6E22">
        <w:rPr>
          <w:rFonts w:ascii="Times New Roman" w:hAnsi="Times New Roman" w:cs="Times New Roman"/>
          <w:sz w:val="28"/>
          <w:szCs w:val="28"/>
        </w:rPr>
        <w:t>m, n</w:t>
      </w:r>
      <w:r w:rsidRPr="00CF6E22">
        <w:rPr>
          <w:rFonts w:ascii="Times New Roman" w:hAnsi="Times New Roman" w:cs="Times New Roman"/>
          <w:sz w:val="28"/>
          <w:szCs w:val="28"/>
        </w:rPr>
        <w:t>ắ</w:t>
      </w:r>
      <w:r w:rsidRPr="00CF6E22">
        <w:rPr>
          <w:rFonts w:ascii="Times New Roman" w:hAnsi="Times New Roman" w:cs="Times New Roman"/>
          <w:sz w:val="28"/>
          <w:szCs w:val="28"/>
        </w:rPr>
        <w:t>ng vàng nh</w:t>
      </w:r>
      <w:r w:rsidRPr="00CF6E22">
        <w:rPr>
          <w:rFonts w:ascii="Times New Roman" w:hAnsi="Times New Roman" w:cs="Times New Roman"/>
          <w:sz w:val="28"/>
          <w:szCs w:val="28"/>
        </w:rPr>
        <w:t>ẹ</w:t>
      </w:r>
      <w:r w:rsidRPr="00CF6E22">
        <w:rPr>
          <w:rFonts w:ascii="Times New Roman" w:hAnsi="Times New Roman" w:cs="Times New Roman"/>
          <w:sz w:val="28"/>
          <w:szCs w:val="28"/>
        </w:rPr>
        <w:t xml:space="preserve"> tr</w:t>
      </w:r>
      <w:r w:rsidRPr="00CF6E22">
        <w:rPr>
          <w:rFonts w:ascii="Times New Roman" w:hAnsi="Times New Roman" w:cs="Times New Roman"/>
          <w:sz w:val="28"/>
          <w:szCs w:val="28"/>
        </w:rPr>
        <w:t>ả</w:t>
      </w:r>
      <w:r w:rsidRPr="00CF6E22">
        <w:rPr>
          <w:rFonts w:ascii="Times New Roman" w:hAnsi="Times New Roman" w:cs="Times New Roman"/>
          <w:sz w:val="28"/>
          <w:szCs w:val="28"/>
        </w:rPr>
        <w:t>i xu</w:t>
      </w:r>
      <w:r w:rsidRPr="00CF6E22">
        <w:rPr>
          <w:rFonts w:ascii="Times New Roman" w:hAnsi="Times New Roman" w:cs="Times New Roman"/>
          <w:sz w:val="28"/>
          <w:szCs w:val="28"/>
        </w:rPr>
        <w:t>ố</w:t>
      </w:r>
      <w:r w:rsidRPr="00CF6E22">
        <w:rPr>
          <w:rFonts w:ascii="Times New Roman" w:hAnsi="Times New Roman" w:cs="Times New Roman"/>
          <w:sz w:val="28"/>
          <w:szCs w:val="28"/>
        </w:rPr>
        <w:t>ng hiên nhà, gió heo may se l</w:t>
      </w:r>
      <w:r w:rsidRPr="00CF6E22">
        <w:rPr>
          <w:rFonts w:ascii="Times New Roman" w:hAnsi="Times New Roman" w:cs="Times New Roman"/>
          <w:sz w:val="28"/>
          <w:szCs w:val="28"/>
        </w:rPr>
        <w:t>ạ</w:t>
      </w:r>
      <w:r w:rsidRPr="00CF6E22">
        <w:rPr>
          <w:rFonts w:ascii="Times New Roman" w:hAnsi="Times New Roman" w:cs="Times New Roman"/>
          <w:sz w:val="28"/>
          <w:szCs w:val="28"/>
        </w:rPr>
        <w:t>nh kh</w:t>
      </w:r>
      <w:r w:rsidRPr="00CF6E22">
        <w:rPr>
          <w:rFonts w:ascii="Times New Roman" w:hAnsi="Times New Roman" w:cs="Times New Roman"/>
          <w:sz w:val="28"/>
          <w:szCs w:val="28"/>
        </w:rPr>
        <w:t>ẽ</w:t>
      </w:r>
      <w:r w:rsidRPr="00CF6E22">
        <w:rPr>
          <w:rFonts w:ascii="Times New Roman" w:hAnsi="Times New Roman" w:cs="Times New Roman"/>
          <w:sz w:val="28"/>
          <w:szCs w:val="28"/>
        </w:rPr>
        <w:t xml:space="preserve"> lư</w:t>
      </w:r>
      <w:r w:rsidRPr="00CF6E22">
        <w:rPr>
          <w:rFonts w:ascii="Times New Roman" w:hAnsi="Times New Roman" w:cs="Times New Roman"/>
          <w:sz w:val="28"/>
          <w:szCs w:val="28"/>
        </w:rPr>
        <w:t>ớ</w:t>
      </w:r>
      <w:r w:rsidRPr="00CF6E22">
        <w:rPr>
          <w:rFonts w:ascii="Times New Roman" w:hAnsi="Times New Roman" w:cs="Times New Roman"/>
          <w:sz w:val="28"/>
          <w:szCs w:val="28"/>
        </w:rPr>
        <w:t>t qua hàng cây. Gi</w:t>
      </w:r>
      <w:r w:rsidRPr="00CF6E22">
        <w:rPr>
          <w:rFonts w:ascii="Times New Roman" w:hAnsi="Times New Roman" w:cs="Times New Roman"/>
          <w:sz w:val="28"/>
          <w:szCs w:val="28"/>
        </w:rPr>
        <w:t>ữ</w:t>
      </w:r>
      <w:r w:rsidRPr="00CF6E22">
        <w:rPr>
          <w:rFonts w:ascii="Times New Roman" w:hAnsi="Times New Roman" w:cs="Times New Roman"/>
          <w:sz w:val="28"/>
          <w:szCs w:val="28"/>
        </w:rPr>
        <w:t>a khung c</w:t>
      </w:r>
      <w:r w:rsidRPr="00CF6E22">
        <w:rPr>
          <w:rFonts w:ascii="Times New Roman" w:hAnsi="Times New Roman" w:cs="Times New Roman"/>
          <w:sz w:val="28"/>
          <w:szCs w:val="28"/>
        </w:rPr>
        <w:t>ả</w:t>
      </w:r>
      <w:r w:rsidRPr="00CF6E22">
        <w:rPr>
          <w:rFonts w:ascii="Times New Roman" w:hAnsi="Times New Roman" w:cs="Times New Roman"/>
          <w:sz w:val="28"/>
          <w:szCs w:val="28"/>
        </w:rPr>
        <w:t xml:space="preserve">nh </w:t>
      </w:r>
      <w:r w:rsidRPr="00CF6E22">
        <w:rPr>
          <w:rFonts w:ascii="Times New Roman" w:hAnsi="Times New Roman" w:cs="Times New Roman"/>
          <w:sz w:val="28"/>
          <w:szCs w:val="28"/>
        </w:rPr>
        <w:t>ấ</w:t>
      </w:r>
      <w:r w:rsidRPr="00CF6E22">
        <w:rPr>
          <w:rFonts w:ascii="Times New Roman" w:hAnsi="Times New Roman" w:cs="Times New Roman"/>
          <w:sz w:val="28"/>
          <w:szCs w:val="28"/>
        </w:rPr>
        <w:t>y, ngày khai trư</w:t>
      </w:r>
      <w:r w:rsidRPr="00CF6E22">
        <w:rPr>
          <w:rFonts w:ascii="Times New Roman" w:hAnsi="Times New Roman" w:cs="Times New Roman"/>
          <w:sz w:val="28"/>
          <w:szCs w:val="28"/>
        </w:rPr>
        <w:t>ờ</w:t>
      </w:r>
      <w:r w:rsidRPr="00CF6E22">
        <w:rPr>
          <w:rFonts w:ascii="Times New Roman" w:hAnsi="Times New Roman" w:cs="Times New Roman"/>
          <w:sz w:val="28"/>
          <w:szCs w:val="28"/>
        </w:rPr>
        <w:t>ng hi</w:t>
      </w:r>
      <w:r w:rsidRPr="00CF6E22">
        <w:rPr>
          <w:rFonts w:ascii="Times New Roman" w:hAnsi="Times New Roman" w:cs="Times New Roman"/>
          <w:sz w:val="28"/>
          <w:szCs w:val="28"/>
        </w:rPr>
        <w:t>ệ</w:t>
      </w:r>
      <w:r w:rsidRPr="00CF6E22">
        <w:rPr>
          <w:rFonts w:ascii="Times New Roman" w:hAnsi="Times New Roman" w:cs="Times New Roman"/>
          <w:sz w:val="28"/>
          <w:szCs w:val="28"/>
        </w:rPr>
        <w:t>n ra như m</w:t>
      </w:r>
      <w:r w:rsidRPr="00CF6E22">
        <w:rPr>
          <w:rFonts w:ascii="Times New Roman" w:hAnsi="Times New Roman" w:cs="Times New Roman"/>
          <w:sz w:val="28"/>
          <w:szCs w:val="28"/>
        </w:rPr>
        <w:t>ộ</w:t>
      </w:r>
      <w:r w:rsidRPr="00CF6E22">
        <w:rPr>
          <w:rFonts w:ascii="Times New Roman" w:hAnsi="Times New Roman" w:cs="Times New Roman"/>
          <w:sz w:val="28"/>
          <w:szCs w:val="28"/>
        </w:rPr>
        <w:t>t b</w:t>
      </w:r>
      <w:r w:rsidRPr="00CF6E22">
        <w:rPr>
          <w:rFonts w:ascii="Times New Roman" w:hAnsi="Times New Roman" w:cs="Times New Roman"/>
          <w:sz w:val="28"/>
          <w:szCs w:val="28"/>
        </w:rPr>
        <w:t>ả</w:t>
      </w:r>
      <w:r w:rsidRPr="00CF6E22">
        <w:rPr>
          <w:rFonts w:ascii="Times New Roman" w:hAnsi="Times New Roman" w:cs="Times New Roman"/>
          <w:sz w:val="28"/>
          <w:szCs w:val="28"/>
        </w:rPr>
        <w:t>n nh</w:t>
      </w:r>
      <w:r w:rsidRPr="00CF6E22">
        <w:rPr>
          <w:rFonts w:ascii="Times New Roman" w:hAnsi="Times New Roman" w:cs="Times New Roman"/>
          <w:sz w:val="28"/>
          <w:szCs w:val="28"/>
        </w:rPr>
        <w:t>ạ</w:t>
      </w:r>
      <w:r w:rsidRPr="00CF6E22">
        <w:rPr>
          <w:rFonts w:ascii="Times New Roman" w:hAnsi="Times New Roman" w:cs="Times New Roman"/>
          <w:sz w:val="28"/>
          <w:szCs w:val="28"/>
        </w:rPr>
        <w:t xml:space="preserve">c </w:t>
      </w:r>
      <w:r w:rsidRPr="00CF6E22">
        <w:rPr>
          <w:rFonts w:ascii="Times New Roman" w:hAnsi="Times New Roman" w:cs="Times New Roman"/>
          <w:sz w:val="28"/>
          <w:szCs w:val="28"/>
        </w:rPr>
        <w:t>trong tr</w:t>
      </w:r>
      <w:r w:rsidRPr="00CF6E22">
        <w:rPr>
          <w:rFonts w:ascii="Times New Roman" w:hAnsi="Times New Roman" w:cs="Times New Roman"/>
          <w:sz w:val="28"/>
          <w:szCs w:val="28"/>
        </w:rPr>
        <w:t>ẻ</w:t>
      </w:r>
      <w:r w:rsidRPr="00CF6E22">
        <w:rPr>
          <w:rFonts w:ascii="Times New Roman" w:hAnsi="Times New Roman" w:cs="Times New Roman"/>
          <w:sz w:val="28"/>
          <w:szCs w:val="28"/>
        </w:rPr>
        <w:t>o, ngân lên bao cung b</w:t>
      </w:r>
      <w:r w:rsidRPr="00CF6E22">
        <w:rPr>
          <w:rFonts w:ascii="Times New Roman" w:hAnsi="Times New Roman" w:cs="Times New Roman"/>
          <w:sz w:val="28"/>
          <w:szCs w:val="28"/>
        </w:rPr>
        <w:t>ậ</w:t>
      </w:r>
      <w:r w:rsidRPr="00CF6E22">
        <w:rPr>
          <w:rFonts w:ascii="Times New Roman" w:hAnsi="Times New Roman" w:cs="Times New Roman"/>
          <w:sz w:val="28"/>
          <w:szCs w:val="28"/>
        </w:rPr>
        <w:t>c c</w:t>
      </w:r>
      <w:r w:rsidRPr="00CF6E22">
        <w:rPr>
          <w:rFonts w:ascii="Times New Roman" w:hAnsi="Times New Roman" w:cs="Times New Roman"/>
          <w:sz w:val="28"/>
          <w:szCs w:val="28"/>
        </w:rPr>
        <w:t>ả</w:t>
      </w:r>
      <w:r w:rsidRPr="00CF6E22">
        <w:rPr>
          <w:rFonts w:ascii="Times New Roman" w:hAnsi="Times New Roman" w:cs="Times New Roman"/>
          <w:sz w:val="28"/>
          <w:szCs w:val="28"/>
        </w:rPr>
        <w:t>m xúc.</w:t>
      </w:r>
      <w:r w:rsidRPr="008F38E2">
        <w:rPr>
          <w:noProof/>
        </w:rPr>
        <w:t xml:space="preserve"> </w:t>
      </w:r>
    </w:p>
    <w:p w14:paraId="44928EE3" w14:textId="0FE611B0" w:rsidR="00540C5A" w:rsidRDefault="008F38E2" w:rsidP="00540C5A">
      <w:pPr>
        <w:ind w:firstLine="720"/>
        <w:jc w:val="both"/>
        <w:rPr>
          <w:rFonts w:ascii="Times New Roman" w:hAnsi="Times New Roman" w:cs="Times New Roman"/>
          <w:sz w:val="28"/>
          <w:szCs w:val="28"/>
        </w:rPr>
      </w:pPr>
      <w:r w:rsidRPr="008F38E2">
        <w:rPr>
          <w:rFonts w:ascii="Times New Roman" w:hAnsi="Times New Roman" w:cs="Times New Roman"/>
          <w:sz w:val="28"/>
          <w:szCs w:val="28"/>
        </w:rPr>
        <w:drawing>
          <wp:anchor distT="0" distB="0" distL="114300" distR="114300" simplePos="0" relativeHeight="251666944" behindDoc="1" locked="0" layoutInCell="1" allowOverlap="1" wp14:anchorId="0E5A304D" wp14:editId="4B596848">
            <wp:simplePos x="0" y="0"/>
            <wp:positionH relativeFrom="column">
              <wp:posOffset>2237740</wp:posOffset>
            </wp:positionH>
            <wp:positionV relativeFrom="paragraph">
              <wp:posOffset>76835</wp:posOffset>
            </wp:positionV>
            <wp:extent cx="4146550" cy="3663950"/>
            <wp:effectExtent l="0" t="0" r="6350" b="0"/>
            <wp:wrapTight wrapText="bothSides">
              <wp:wrapPolygon edited="0">
                <wp:start x="397" y="0"/>
                <wp:lineTo x="0" y="225"/>
                <wp:lineTo x="0" y="21338"/>
                <wp:lineTo x="397" y="21450"/>
                <wp:lineTo x="21137" y="21450"/>
                <wp:lineTo x="21534" y="21338"/>
                <wp:lineTo x="21534" y="225"/>
                <wp:lineTo x="21137" y="0"/>
                <wp:lineTo x="397"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4146550" cy="3663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CF6E22">
        <w:rPr>
          <w:rFonts w:ascii="Times New Roman" w:hAnsi="Times New Roman" w:cs="Times New Roman"/>
          <w:sz w:val="28"/>
          <w:szCs w:val="28"/>
        </w:rPr>
        <w:t>Sân trư</w:t>
      </w:r>
      <w:r w:rsidRPr="00CF6E22">
        <w:rPr>
          <w:rFonts w:ascii="Times New Roman" w:hAnsi="Times New Roman" w:cs="Times New Roman"/>
          <w:sz w:val="28"/>
          <w:szCs w:val="28"/>
        </w:rPr>
        <w:t>ờ</w:t>
      </w:r>
      <w:r w:rsidRPr="00CF6E22">
        <w:rPr>
          <w:rFonts w:ascii="Times New Roman" w:hAnsi="Times New Roman" w:cs="Times New Roman"/>
          <w:sz w:val="28"/>
          <w:szCs w:val="28"/>
        </w:rPr>
        <w:t>ng sáng nay r</w:t>
      </w:r>
      <w:r w:rsidRPr="00CF6E22">
        <w:rPr>
          <w:rFonts w:ascii="Times New Roman" w:hAnsi="Times New Roman" w:cs="Times New Roman"/>
          <w:sz w:val="28"/>
          <w:szCs w:val="28"/>
        </w:rPr>
        <w:t>ộ</w:t>
      </w:r>
      <w:r w:rsidRPr="00CF6E22">
        <w:rPr>
          <w:rFonts w:ascii="Times New Roman" w:hAnsi="Times New Roman" w:cs="Times New Roman"/>
          <w:sz w:val="28"/>
          <w:szCs w:val="28"/>
        </w:rPr>
        <w:t>n ràng hơn bao gi</w:t>
      </w:r>
      <w:r w:rsidRPr="00CF6E22">
        <w:rPr>
          <w:rFonts w:ascii="Times New Roman" w:hAnsi="Times New Roman" w:cs="Times New Roman"/>
          <w:sz w:val="28"/>
          <w:szCs w:val="28"/>
        </w:rPr>
        <w:t>ờ</w:t>
      </w:r>
      <w:r w:rsidRPr="00CF6E22">
        <w:rPr>
          <w:rFonts w:ascii="Times New Roman" w:hAnsi="Times New Roman" w:cs="Times New Roman"/>
          <w:sz w:val="28"/>
          <w:szCs w:val="28"/>
        </w:rPr>
        <w:t xml:space="preserve"> h</w:t>
      </w:r>
      <w:r w:rsidRPr="00CF6E22">
        <w:rPr>
          <w:rFonts w:ascii="Times New Roman" w:hAnsi="Times New Roman" w:cs="Times New Roman"/>
          <w:sz w:val="28"/>
          <w:szCs w:val="28"/>
        </w:rPr>
        <w:t>ế</w:t>
      </w:r>
      <w:r w:rsidRPr="00CF6E22">
        <w:rPr>
          <w:rFonts w:ascii="Times New Roman" w:hAnsi="Times New Roman" w:cs="Times New Roman"/>
          <w:sz w:val="28"/>
          <w:szCs w:val="28"/>
        </w:rPr>
        <w:t>t. Nh</w:t>
      </w:r>
      <w:r w:rsidRPr="00CF6E22">
        <w:rPr>
          <w:rFonts w:ascii="Times New Roman" w:hAnsi="Times New Roman" w:cs="Times New Roman"/>
          <w:sz w:val="28"/>
          <w:szCs w:val="28"/>
        </w:rPr>
        <w:t>ữ</w:t>
      </w:r>
      <w:r w:rsidRPr="00CF6E22">
        <w:rPr>
          <w:rFonts w:ascii="Times New Roman" w:hAnsi="Times New Roman" w:cs="Times New Roman"/>
          <w:sz w:val="28"/>
          <w:szCs w:val="28"/>
        </w:rPr>
        <w:t xml:space="preserve">ng </w:t>
      </w:r>
      <w:r w:rsidR="00CF6E22">
        <w:rPr>
          <w:rFonts w:ascii="Times New Roman" w:hAnsi="Times New Roman" w:cs="Times New Roman"/>
          <w:sz w:val="28"/>
          <w:szCs w:val="28"/>
        </w:rPr>
        <w:t>chiếc</w:t>
      </w:r>
      <w:r w:rsidRPr="00CF6E22">
        <w:rPr>
          <w:rFonts w:ascii="Times New Roman" w:hAnsi="Times New Roman" w:cs="Times New Roman"/>
          <w:sz w:val="28"/>
          <w:szCs w:val="28"/>
        </w:rPr>
        <w:t xml:space="preserve"> áo tr</w:t>
      </w:r>
      <w:r w:rsidRPr="00CF6E22">
        <w:rPr>
          <w:rFonts w:ascii="Times New Roman" w:hAnsi="Times New Roman" w:cs="Times New Roman"/>
          <w:sz w:val="28"/>
          <w:szCs w:val="28"/>
        </w:rPr>
        <w:t>ắ</w:t>
      </w:r>
      <w:r w:rsidRPr="00CF6E22">
        <w:rPr>
          <w:rFonts w:ascii="Times New Roman" w:hAnsi="Times New Roman" w:cs="Times New Roman"/>
          <w:sz w:val="28"/>
          <w:szCs w:val="28"/>
        </w:rPr>
        <w:t>ng tinh khôi, ti</w:t>
      </w:r>
      <w:r w:rsidRPr="00CF6E22">
        <w:rPr>
          <w:rFonts w:ascii="Times New Roman" w:hAnsi="Times New Roman" w:cs="Times New Roman"/>
          <w:sz w:val="28"/>
          <w:szCs w:val="28"/>
        </w:rPr>
        <w:t>ế</w:t>
      </w:r>
      <w:r w:rsidRPr="00CF6E22">
        <w:rPr>
          <w:rFonts w:ascii="Times New Roman" w:hAnsi="Times New Roman" w:cs="Times New Roman"/>
          <w:sz w:val="28"/>
          <w:szCs w:val="28"/>
        </w:rPr>
        <w:t>ng nói cư</w:t>
      </w:r>
      <w:r w:rsidRPr="00CF6E22">
        <w:rPr>
          <w:rFonts w:ascii="Times New Roman" w:hAnsi="Times New Roman" w:cs="Times New Roman"/>
          <w:sz w:val="28"/>
          <w:szCs w:val="28"/>
        </w:rPr>
        <w:t>ờ</w:t>
      </w:r>
      <w:r w:rsidRPr="00CF6E22">
        <w:rPr>
          <w:rFonts w:ascii="Times New Roman" w:hAnsi="Times New Roman" w:cs="Times New Roman"/>
          <w:sz w:val="28"/>
          <w:szCs w:val="28"/>
        </w:rPr>
        <w:t>i ríu rít hoà quy</w:t>
      </w:r>
      <w:r w:rsidRPr="00CF6E22">
        <w:rPr>
          <w:rFonts w:ascii="Times New Roman" w:hAnsi="Times New Roman" w:cs="Times New Roman"/>
          <w:sz w:val="28"/>
          <w:szCs w:val="28"/>
        </w:rPr>
        <w:t>ệ</w:t>
      </w:r>
      <w:r w:rsidRPr="00CF6E22">
        <w:rPr>
          <w:rFonts w:ascii="Times New Roman" w:hAnsi="Times New Roman" w:cs="Times New Roman"/>
          <w:sz w:val="28"/>
          <w:szCs w:val="28"/>
        </w:rPr>
        <w:t>n cùng âm thanh tr</w:t>
      </w:r>
      <w:r w:rsidRPr="00CF6E22">
        <w:rPr>
          <w:rFonts w:ascii="Times New Roman" w:hAnsi="Times New Roman" w:cs="Times New Roman"/>
          <w:sz w:val="28"/>
          <w:szCs w:val="28"/>
        </w:rPr>
        <w:t>ố</w:t>
      </w:r>
      <w:r w:rsidRPr="00CF6E22">
        <w:rPr>
          <w:rFonts w:ascii="Times New Roman" w:hAnsi="Times New Roman" w:cs="Times New Roman"/>
          <w:sz w:val="28"/>
          <w:szCs w:val="28"/>
        </w:rPr>
        <w:t>ng r</w:t>
      </w:r>
      <w:r w:rsidRPr="00CF6E22">
        <w:rPr>
          <w:rFonts w:ascii="Times New Roman" w:hAnsi="Times New Roman" w:cs="Times New Roman"/>
          <w:sz w:val="28"/>
          <w:szCs w:val="28"/>
        </w:rPr>
        <w:t>ộ</w:t>
      </w:r>
      <w:r w:rsidRPr="00CF6E22">
        <w:rPr>
          <w:rFonts w:ascii="Times New Roman" w:hAnsi="Times New Roman" w:cs="Times New Roman"/>
          <w:sz w:val="28"/>
          <w:szCs w:val="28"/>
        </w:rPr>
        <w:t>n rã. Nh</w:t>
      </w:r>
      <w:r w:rsidRPr="00CF6E22">
        <w:rPr>
          <w:rFonts w:ascii="Times New Roman" w:hAnsi="Times New Roman" w:cs="Times New Roman"/>
          <w:sz w:val="28"/>
          <w:szCs w:val="28"/>
        </w:rPr>
        <w:t>ữ</w:t>
      </w:r>
      <w:r w:rsidRPr="00CF6E22">
        <w:rPr>
          <w:rFonts w:ascii="Times New Roman" w:hAnsi="Times New Roman" w:cs="Times New Roman"/>
          <w:sz w:val="28"/>
          <w:szCs w:val="28"/>
        </w:rPr>
        <w:t>ng gương m</w:t>
      </w:r>
      <w:r w:rsidRPr="00CF6E22">
        <w:rPr>
          <w:rFonts w:ascii="Times New Roman" w:hAnsi="Times New Roman" w:cs="Times New Roman"/>
          <w:sz w:val="28"/>
          <w:szCs w:val="28"/>
        </w:rPr>
        <w:t>ặ</w:t>
      </w:r>
      <w:r w:rsidRPr="00CF6E22">
        <w:rPr>
          <w:rFonts w:ascii="Times New Roman" w:hAnsi="Times New Roman" w:cs="Times New Roman"/>
          <w:sz w:val="28"/>
          <w:szCs w:val="28"/>
        </w:rPr>
        <w:t>t h</w:t>
      </w:r>
      <w:r w:rsidRPr="00CF6E22">
        <w:rPr>
          <w:rFonts w:ascii="Times New Roman" w:hAnsi="Times New Roman" w:cs="Times New Roman"/>
          <w:sz w:val="28"/>
          <w:szCs w:val="28"/>
        </w:rPr>
        <w:t>ọ</w:t>
      </w:r>
      <w:r w:rsidRPr="00CF6E22">
        <w:rPr>
          <w:rFonts w:ascii="Times New Roman" w:hAnsi="Times New Roman" w:cs="Times New Roman"/>
          <w:sz w:val="28"/>
          <w:szCs w:val="28"/>
        </w:rPr>
        <w:t>c trò hân hoan, r</w:t>
      </w:r>
      <w:r w:rsidRPr="00CF6E22">
        <w:rPr>
          <w:rFonts w:ascii="Times New Roman" w:hAnsi="Times New Roman" w:cs="Times New Roman"/>
          <w:sz w:val="28"/>
          <w:szCs w:val="28"/>
        </w:rPr>
        <w:t>ạ</w:t>
      </w:r>
      <w:r w:rsidRPr="00CF6E22">
        <w:rPr>
          <w:rFonts w:ascii="Times New Roman" w:hAnsi="Times New Roman" w:cs="Times New Roman"/>
          <w:sz w:val="28"/>
          <w:szCs w:val="28"/>
        </w:rPr>
        <w:t>ng ng</w:t>
      </w:r>
      <w:r w:rsidRPr="00CF6E22">
        <w:rPr>
          <w:rFonts w:ascii="Times New Roman" w:hAnsi="Times New Roman" w:cs="Times New Roman"/>
          <w:sz w:val="28"/>
          <w:szCs w:val="28"/>
        </w:rPr>
        <w:t>ờ</w:t>
      </w:r>
      <w:r w:rsidRPr="00CF6E22">
        <w:rPr>
          <w:rFonts w:ascii="Times New Roman" w:hAnsi="Times New Roman" w:cs="Times New Roman"/>
          <w:sz w:val="28"/>
          <w:szCs w:val="28"/>
        </w:rPr>
        <w:t>i sau m</w:t>
      </w:r>
      <w:r w:rsidRPr="00CF6E22">
        <w:rPr>
          <w:rFonts w:ascii="Times New Roman" w:hAnsi="Times New Roman" w:cs="Times New Roman"/>
          <w:sz w:val="28"/>
          <w:szCs w:val="28"/>
        </w:rPr>
        <w:t>ộ</w:t>
      </w:r>
      <w:r w:rsidRPr="00CF6E22">
        <w:rPr>
          <w:rFonts w:ascii="Times New Roman" w:hAnsi="Times New Roman" w:cs="Times New Roman"/>
          <w:sz w:val="28"/>
          <w:szCs w:val="28"/>
        </w:rPr>
        <w:t>t mùa hè dài, l</w:t>
      </w:r>
      <w:r w:rsidRPr="00CF6E22">
        <w:rPr>
          <w:rFonts w:ascii="Times New Roman" w:hAnsi="Times New Roman" w:cs="Times New Roman"/>
          <w:sz w:val="28"/>
          <w:szCs w:val="28"/>
        </w:rPr>
        <w:t>ạ</w:t>
      </w:r>
      <w:r w:rsidRPr="00CF6E22">
        <w:rPr>
          <w:rFonts w:ascii="Times New Roman" w:hAnsi="Times New Roman" w:cs="Times New Roman"/>
          <w:sz w:val="28"/>
          <w:szCs w:val="28"/>
        </w:rPr>
        <w:t>i g</w:t>
      </w:r>
      <w:r w:rsidRPr="00CF6E22">
        <w:rPr>
          <w:rFonts w:ascii="Times New Roman" w:hAnsi="Times New Roman" w:cs="Times New Roman"/>
          <w:sz w:val="28"/>
          <w:szCs w:val="28"/>
        </w:rPr>
        <w:t>ặ</w:t>
      </w:r>
      <w:r w:rsidRPr="00CF6E22">
        <w:rPr>
          <w:rFonts w:ascii="Times New Roman" w:hAnsi="Times New Roman" w:cs="Times New Roman"/>
          <w:sz w:val="28"/>
          <w:szCs w:val="28"/>
        </w:rPr>
        <w:t>p nh</w:t>
      </w:r>
      <w:r w:rsidRPr="00CF6E22">
        <w:rPr>
          <w:rFonts w:ascii="Times New Roman" w:hAnsi="Times New Roman" w:cs="Times New Roman"/>
          <w:sz w:val="28"/>
          <w:szCs w:val="28"/>
        </w:rPr>
        <w:t>au trong vòng tay thân quen c</w:t>
      </w:r>
      <w:r w:rsidRPr="00CF6E22">
        <w:rPr>
          <w:rFonts w:ascii="Times New Roman" w:hAnsi="Times New Roman" w:cs="Times New Roman"/>
          <w:sz w:val="28"/>
          <w:szCs w:val="28"/>
        </w:rPr>
        <w:t>ủ</w:t>
      </w:r>
      <w:r w:rsidRPr="00CF6E22">
        <w:rPr>
          <w:rFonts w:ascii="Times New Roman" w:hAnsi="Times New Roman" w:cs="Times New Roman"/>
          <w:sz w:val="28"/>
          <w:szCs w:val="28"/>
        </w:rPr>
        <w:t>a b</w:t>
      </w:r>
      <w:r w:rsidRPr="00CF6E22">
        <w:rPr>
          <w:rFonts w:ascii="Times New Roman" w:hAnsi="Times New Roman" w:cs="Times New Roman"/>
          <w:sz w:val="28"/>
          <w:szCs w:val="28"/>
        </w:rPr>
        <w:t>ạ</w:t>
      </w:r>
      <w:r w:rsidRPr="00CF6E22">
        <w:rPr>
          <w:rFonts w:ascii="Times New Roman" w:hAnsi="Times New Roman" w:cs="Times New Roman"/>
          <w:sz w:val="28"/>
          <w:szCs w:val="28"/>
        </w:rPr>
        <w:t xml:space="preserve">n bè và ánh nhìn </w:t>
      </w:r>
      <w:r w:rsidRPr="00CF6E22">
        <w:rPr>
          <w:rFonts w:ascii="Times New Roman" w:hAnsi="Times New Roman" w:cs="Times New Roman"/>
          <w:sz w:val="28"/>
          <w:szCs w:val="28"/>
        </w:rPr>
        <w:t>ấ</w:t>
      </w:r>
      <w:r w:rsidRPr="00CF6E22">
        <w:rPr>
          <w:rFonts w:ascii="Times New Roman" w:hAnsi="Times New Roman" w:cs="Times New Roman"/>
          <w:sz w:val="28"/>
          <w:szCs w:val="28"/>
        </w:rPr>
        <w:t>m áp c</w:t>
      </w:r>
      <w:r w:rsidRPr="00CF6E22">
        <w:rPr>
          <w:rFonts w:ascii="Times New Roman" w:hAnsi="Times New Roman" w:cs="Times New Roman"/>
          <w:sz w:val="28"/>
          <w:szCs w:val="28"/>
        </w:rPr>
        <w:t>ủ</w:t>
      </w:r>
      <w:r w:rsidRPr="00CF6E22">
        <w:rPr>
          <w:rFonts w:ascii="Times New Roman" w:hAnsi="Times New Roman" w:cs="Times New Roman"/>
          <w:sz w:val="28"/>
          <w:szCs w:val="28"/>
        </w:rPr>
        <w:t>a th</w:t>
      </w:r>
      <w:r w:rsidRPr="00CF6E22">
        <w:rPr>
          <w:rFonts w:ascii="Times New Roman" w:hAnsi="Times New Roman" w:cs="Times New Roman"/>
          <w:sz w:val="28"/>
          <w:szCs w:val="28"/>
        </w:rPr>
        <w:t>ầ</w:t>
      </w:r>
      <w:r w:rsidRPr="00CF6E22">
        <w:rPr>
          <w:rFonts w:ascii="Times New Roman" w:hAnsi="Times New Roman" w:cs="Times New Roman"/>
          <w:sz w:val="28"/>
          <w:szCs w:val="28"/>
        </w:rPr>
        <w:t>y cô. Đâu đó, có nh</w:t>
      </w:r>
      <w:r w:rsidRPr="00CF6E22">
        <w:rPr>
          <w:rFonts w:ascii="Times New Roman" w:hAnsi="Times New Roman" w:cs="Times New Roman"/>
          <w:sz w:val="28"/>
          <w:szCs w:val="28"/>
        </w:rPr>
        <w:t>ữ</w:t>
      </w:r>
      <w:r w:rsidRPr="00CF6E22">
        <w:rPr>
          <w:rFonts w:ascii="Times New Roman" w:hAnsi="Times New Roman" w:cs="Times New Roman"/>
          <w:sz w:val="28"/>
          <w:szCs w:val="28"/>
        </w:rPr>
        <w:t>ng ánh m</w:t>
      </w:r>
      <w:r w:rsidRPr="00CF6E22">
        <w:rPr>
          <w:rFonts w:ascii="Times New Roman" w:hAnsi="Times New Roman" w:cs="Times New Roman"/>
          <w:sz w:val="28"/>
          <w:szCs w:val="28"/>
        </w:rPr>
        <w:t>ắ</w:t>
      </w:r>
      <w:r w:rsidRPr="00CF6E22">
        <w:rPr>
          <w:rFonts w:ascii="Times New Roman" w:hAnsi="Times New Roman" w:cs="Times New Roman"/>
          <w:sz w:val="28"/>
          <w:szCs w:val="28"/>
        </w:rPr>
        <w:t>t còn r</w:t>
      </w:r>
      <w:r w:rsidRPr="00CF6E22">
        <w:rPr>
          <w:rFonts w:ascii="Times New Roman" w:hAnsi="Times New Roman" w:cs="Times New Roman"/>
          <w:sz w:val="28"/>
          <w:szCs w:val="28"/>
        </w:rPr>
        <w:t>ụ</w:t>
      </w:r>
      <w:r w:rsidRPr="00CF6E22">
        <w:rPr>
          <w:rFonts w:ascii="Times New Roman" w:hAnsi="Times New Roman" w:cs="Times New Roman"/>
          <w:sz w:val="28"/>
          <w:szCs w:val="28"/>
        </w:rPr>
        <w:t xml:space="preserve">t rè, e </w:t>
      </w:r>
      <w:r w:rsidRPr="00CF6E22">
        <w:rPr>
          <w:rFonts w:ascii="Times New Roman" w:hAnsi="Times New Roman" w:cs="Times New Roman"/>
          <w:sz w:val="28"/>
          <w:szCs w:val="28"/>
        </w:rPr>
        <w:t>ấ</w:t>
      </w:r>
      <w:r w:rsidRPr="00CF6E22">
        <w:rPr>
          <w:rFonts w:ascii="Times New Roman" w:hAnsi="Times New Roman" w:cs="Times New Roman"/>
          <w:sz w:val="28"/>
          <w:szCs w:val="28"/>
        </w:rPr>
        <w:t>p c</w:t>
      </w:r>
      <w:r w:rsidRPr="00CF6E22">
        <w:rPr>
          <w:rFonts w:ascii="Times New Roman" w:hAnsi="Times New Roman" w:cs="Times New Roman"/>
          <w:sz w:val="28"/>
          <w:szCs w:val="28"/>
        </w:rPr>
        <w:t>ủ</w:t>
      </w:r>
      <w:r w:rsidRPr="00CF6E22">
        <w:rPr>
          <w:rFonts w:ascii="Times New Roman" w:hAnsi="Times New Roman" w:cs="Times New Roman"/>
          <w:sz w:val="28"/>
          <w:szCs w:val="28"/>
        </w:rPr>
        <w:t>a nh</w:t>
      </w:r>
      <w:r w:rsidRPr="00CF6E22">
        <w:rPr>
          <w:rFonts w:ascii="Times New Roman" w:hAnsi="Times New Roman" w:cs="Times New Roman"/>
          <w:sz w:val="28"/>
          <w:szCs w:val="28"/>
        </w:rPr>
        <w:t>ữ</w:t>
      </w:r>
      <w:r w:rsidRPr="00CF6E22">
        <w:rPr>
          <w:rFonts w:ascii="Times New Roman" w:hAnsi="Times New Roman" w:cs="Times New Roman"/>
          <w:sz w:val="28"/>
          <w:szCs w:val="28"/>
        </w:rPr>
        <w:t>ng cô bé, c</w:t>
      </w:r>
      <w:r w:rsidRPr="00CF6E22">
        <w:rPr>
          <w:rFonts w:ascii="Times New Roman" w:hAnsi="Times New Roman" w:cs="Times New Roman"/>
          <w:sz w:val="28"/>
          <w:szCs w:val="28"/>
        </w:rPr>
        <w:t>ậ</w:t>
      </w:r>
      <w:r w:rsidRPr="00CF6E22">
        <w:rPr>
          <w:rFonts w:ascii="Times New Roman" w:hAnsi="Times New Roman" w:cs="Times New Roman"/>
          <w:sz w:val="28"/>
          <w:szCs w:val="28"/>
        </w:rPr>
        <w:t xml:space="preserve">u bé </w:t>
      </w:r>
      <w:r w:rsidR="00CF6E22">
        <w:rPr>
          <w:rFonts w:ascii="Times New Roman" w:hAnsi="Times New Roman" w:cs="Times New Roman"/>
          <w:sz w:val="28"/>
          <w:szCs w:val="28"/>
        </w:rPr>
        <w:t xml:space="preserve">lớp sáu </w:t>
      </w:r>
      <w:r w:rsidRPr="00CF6E22">
        <w:rPr>
          <w:rFonts w:ascii="Times New Roman" w:hAnsi="Times New Roman" w:cs="Times New Roman"/>
          <w:sz w:val="28"/>
          <w:szCs w:val="28"/>
        </w:rPr>
        <w:t>l</w:t>
      </w:r>
      <w:r w:rsidRPr="00CF6E22">
        <w:rPr>
          <w:rFonts w:ascii="Times New Roman" w:hAnsi="Times New Roman" w:cs="Times New Roman"/>
          <w:sz w:val="28"/>
          <w:szCs w:val="28"/>
        </w:rPr>
        <w:t>ầ</w:t>
      </w:r>
      <w:r w:rsidRPr="00CF6E22">
        <w:rPr>
          <w:rFonts w:ascii="Times New Roman" w:hAnsi="Times New Roman" w:cs="Times New Roman"/>
          <w:sz w:val="28"/>
          <w:szCs w:val="28"/>
        </w:rPr>
        <w:t>n đ</w:t>
      </w:r>
      <w:r w:rsidRPr="00CF6E22">
        <w:rPr>
          <w:rFonts w:ascii="Times New Roman" w:hAnsi="Times New Roman" w:cs="Times New Roman"/>
          <w:sz w:val="28"/>
          <w:szCs w:val="28"/>
        </w:rPr>
        <w:t>ầ</w:t>
      </w:r>
      <w:r w:rsidRPr="00CF6E22">
        <w:rPr>
          <w:rFonts w:ascii="Times New Roman" w:hAnsi="Times New Roman" w:cs="Times New Roman"/>
          <w:sz w:val="28"/>
          <w:szCs w:val="28"/>
        </w:rPr>
        <w:t>u bư</w:t>
      </w:r>
      <w:r w:rsidRPr="00CF6E22">
        <w:rPr>
          <w:rFonts w:ascii="Times New Roman" w:hAnsi="Times New Roman" w:cs="Times New Roman"/>
          <w:sz w:val="28"/>
          <w:szCs w:val="28"/>
        </w:rPr>
        <w:t>ớ</w:t>
      </w:r>
      <w:r w:rsidRPr="00CF6E22">
        <w:rPr>
          <w:rFonts w:ascii="Times New Roman" w:hAnsi="Times New Roman" w:cs="Times New Roman"/>
          <w:sz w:val="28"/>
          <w:szCs w:val="28"/>
        </w:rPr>
        <w:t xml:space="preserve">c vào </w:t>
      </w:r>
      <w:r w:rsidR="00CF6E22">
        <w:rPr>
          <w:rFonts w:ascii="Times New Roman" w:hAnsi="Times New Roman" w:cs="Times New Roman"/>
          <w:sz w:val="28"/>
          <w:szCs w:val="28"/>
        </w:rPr>
        <w:t>mái trường trung học cơ sở</w:t>
      </w:r>
      <w:r w:rsidRPr="00CF6E22">
        <w:rPr>
          <w:rFonts w:ascii="Times New Roman" w:hAnsi="Times New Roman" w:cs="Times New Roman"/>
          <w:sz w:val="28"/>
          <w:szCs w:val="28"/>
        </w:rPr>
        <w:t>, xen l</w:t>
      </w:r>
      <w:r w:rsidRPr="00CF6E22">
        <w:rPr>
          <w:rFonts w:ascii="Times New Roman" w:hAnsi="Times New Roman" w:cs="Times New Roman"/>
          <w:sz w:val="28"/>
          <w:szCs w:val="28"/>
        </w:rPr>
        <w:t>ẫ</w:t>
      </w:r>
      <w:r w:rsidRPr="00CF6E22">
        <w:rPr>
          <w:rFonts w:ascii="Times New Roman" w:hAnsi="Times New Roman" w:cs="Times New Roman"/>
          <w:sz w:val="28"/>
          <w:szCs w:val="28"/>
        </w:rPr>
        <w:t>n ni</w:t>
      </w:r>
      <w:r w:rsidRPr="00CF6E22">
        <w:rPr>
          <w:rFonts w:ascii="Times New Roman" w:hAnsi="Times New Roman" w:cs="Times New Roman"/>
          <w:sz w:val="28"/>
          <w:szCs w:val="28"/>
        </w:rPr>
        <w:t>ề</w:t>
      </w:r>
      <w:r w:rsidRPr="00CF6E22">
        <w:rPr>
          <w:rFonts w:ascii="Times New Roman" w:hAnsi="Times New Roman" w:cs="Times New Roman"/>
          <w:sz w:val="28"/>
          <w:szCs w:val="28"/>
        </w:rPr>
        <w:t>m háo h</w:t>
      </w:r>
      <w:r w:rsidRPr="00CF6E22">
        <w:rPr>
          <w:rFonts w:ascii="Times New Roman" w:hAnsi="Times New Roman" w:cs="Times New Roman"/>
          <w:sz w:val="28"/>
          <w:szCs w:val="28"/>
        </w:rPr>
        <w:t>ứ</w:t>
      </w:r>
      <w:r w:rsidRPr="00CF6E22">
        <w:rPr>
          <w:rFonts w:ascii="Times New Roman" w:hAnsi="Times New Roman" w:cs="Times New Roman"/>
          <w:sz w:val="28"/>
          <w:szCs w:val="28"/>
        </w:rPr>
        <w:t>c khám phá ch</w:t>
      </w:r>
      <w:r w:rsidRPr="00CF6E22">
        <w:rPr>
          <w:rFonts w:ascii="Times New Roman" w:hAnsi="Times New Roman" w:cs="Times New Roman"/>
          <w:sz w:val="28"/>
          <w:szCs w:val="28"/>
        </w:rPr>
        <w:t>ặ</w:t>
      </w:r>
      <w:r w:rsidRPr="00CF6E22">
        <w:rPr>
          <w:rFonts w:ascii="Times New Roman" w:hAnsi="Times New Roman" w:cs="Times New Roman"/>
          <w:sz w:val="28"/>
          <w:szCs w:val="28"/>
        </w:rPr>
        <w:t>ng đư</w:t>
      </w:r>
      <w:r w:rsidRPr="00CF6E22">
        <w:rPr>
          <w:rFonts w:ascii="Times New Roman" w:hAnsi="Times New Roman" w:cs="Times New Roman"/>
          <w:sz w:val="28"/>
          <w:szCs w:val="28"/>
        </w:rPr>
        <w:t>ờ</w:t>
      </w:r>
      <w:r w:rsidRPr="00CF6E22">
        <w:rPr>
          <w:rFonts w:ascii="Times New Roman" w:hAnsi="Times New Roman" w:cs="Times New Roman"/>
          <w:sz w:val="28"/>
          <w:szCs w:val="28"/>
        </w:rPr>
        <w:t>ng tri th</w:t>
      </w:r>
      <w:r w:rsidRPr="00CF6E22">
        <w:rPr>
          <w:rFonts w:ascii="Times New Roman" w:hAnsi="Times New Roman" w:cs="Times New Roman"/>
          <w:sz w:val="28"/>
          <w:szCs w:val="28"/>
        </w:rPr>
        <w:t>ứ</w:t>
      </w:r>
      <w:r w:rsidRPr="00CF6E22">
        <w:rPr>
          <w:rFonts w:ascii="Times New Roman" w:hAnsi="Times New Roman" w:cs="Times New Roman"/>
          <w:sz w:val="28"/>
          <w:szCs w:val="28"/>
        </w:rPr>
        <w:t>c v</w:t>
      </w:r>
      <w:r w:rsidRPr="00CF6E22">
        <w:rPr>
          <w:rFonts w:ascii="Times New Roman" w:hAnsi="Times New Roman" w:cs="Times New Roman"/>
          <w:sz w:val="28"/>
          <w:szCs w:val="28"/>
        </w:rPr>
        <w:t>ừ</w:t>
      </w:r>
      <w:r w:rsidRPr="00CF6E22">
        <w:rPr>
          <w:rFonts w:ascii="Times New Roman" w:hAnsi="Times New Roman" w:cs="Times New Roman"/>
          <w:sz w:val="28"/>
          <w:szCs w:val="28"/>
        </w:rPr>
        <w:t>a m</w:t>
      </w:r>
      <w:r w:rsidRPr="00CF6E22">
        <w:rPr>
          <w:rFonts w:ascii="Times New Roman" w:hAnsi="Times New Roman" w:cs="Times New Roman"/>
          <w:sz w:val="28"/>
          <w:szCs w:val="28"/>
        </w:rPr>
        <w:t>ở</w:t>
      </w:r>
      <w:r w:rsidRPr="00CF6E22">
        <w:rPr>
          <w:rFonts w:ascii="Times New Roman" w:hAnsi="Times New Roman" w:cs="Times New Roman"/>
          <w:sz w:val="28"/>
          <w:szCs w:val="28"/>
        </w:rPr>
        <w:t xml:space="preserve"> ra.</w:t>
      </w:r>
    </w:p>
    <w:p w14:paraId="02EEEDD3" w14:textId="0841474F" w:rsidR="00180685" w:rsidRDefault="008F38E2" w:rsidP="008F38E2">
      <w:pPr>
        <w:pStyle w:val="NormalWeb"/>
        <w:ind w:firstLine="720"/>
        <w:jc w:val="both"/>
      </w:pPr>
      <w:r>
        <w:rPr>
          <w:noProof/>
        </w:rPr>
        <w:drawing>
          <wp:anchor distT="0" distB="0" distL="114300" distR="114300" simplePos="0" relativeHeight="251663872" behindDoc="1" locked="0" layoutInCell="1" allowOverlap="1" wp14:anchorId="1065756D" wp14:editId="290F80CF">
            <wp:simplePos x="0" y="0"/>
            <wp:positionH relativeFrom="column">
              <wp:posOffset>2282190</wp:posOffset>
            </wp:positionH>
            <wp:positionV relativeFrom="paragraph">
              <wp:posOffset>10795</wp:posOffset>
            </wp:positionV>
            <wp:extent cx="4013200" cy="2717800"/>
            <wp:effectExtent l="133350" t="114300" r="120650" b="158750"/>
            <wp:wrapTight wrapText="bothSides">
              <wp:wrapPolygon edited="0">
                <wp:start x="-615" y="-908"/>
                <wp:lineTo x="-718" y="21196"/>
                <wp:lineTo x="-513" y="22710"/>
                <wp:lineTo x="21942" y="22710"/>
                <wp:lineTo x="22147" y="21196"/>
                <wp:lineTo x="22044" y="-908"/>
                <wp:lineTo x="-615" y="-908"/>
              </wp:wrapPolygon>
            </wp:wrapTight>
            <wp:docPr id="2" name="Picture 1" descr="C:\Users\admin\Downloads\z6978356898657_32064e8a5b17b99a32ca14dba69409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z6978356898657_32064e8a5b17b99a32ca14dba69409a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3200" cy="2717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CF6E22">
        <w:rPr>
          <w:sz w:val="28"/>
          <w:szCs w:val="28"/>
        </w:rPr>
        <w:t xml:space="preserve">Ngày </w:t>
      </w:r>
      <w:r w:rsidRPr="00CF6E22">
        <w:rPr>
          <w:sz w:val="28"/>
          <w:szCs w:val="28"/>
        </w:rPr>
        <w:t xml:space="preserve">khai trường không chỉ đơn giản là sự khởi đầu của một năm học, mà còn là một ngày hội thiêng liêng. Tiếng trống khai giảng vang vọng, không chỉ đánh thức sân trường đang còn </w:t>
      </w:r>
      <w:r w:rsidR="00CF6E22">
        <w:rPr>
          <w:sz w:val="28"/>
          <w:szCs w:val="28"/>
        </w:rPr>
        <w:t xml:space="preserve">mãi </w:t>
      </w:r>
      <w:r w:rsidRPr="00CF6E22">
        <w:rPr>
          <w:sz w:val="28"/>
          <w:szCs w:val="28"/>
        </w:rPr>
        <w:t>ngủ, mà còn đánh thức trong lòng mỗi học trò bao khát vọng, bao ước mơ. Dưới m</w:t>
      </w:r>
      <w:r w:rsidRPr="00CF6E22">
        <w:rPr>
          <w:sz w:val="28"/>
          <w:szCs w:val="28"/>
        </w:rPr>
        <w:t xml:space="preserve">àu cờ đỏ thắm, khi những </w:t>
      </w:r>
      <w:bookmarkStart w:id="0" w:name="_GoBack"/>
      <w:bookmarkEnd w:id="0"/>
      <w:r w:rsidRPr="00CF6E22">
        <w:rPr>
          <w:sz w:val="28"/>
          <w:szCs w:val="28"/>
        </w:rPr>
        <w:lastRenderedPageBreak/>
        <w:t xml:space="preserve">lời dặn dò của thầy cô vang lên trang nghiêm, cảm giác bồi hồi và xúc động lan tỏa khắp không gian, khiến ai cũng thấy trong </w:t>
      </w:r>
      <w:r w:rsidRPr="00CF6E22">
        <w:rPr>
          <w:sz w:val="28"/>
          <w:szCs w:val="28"/>
        </w:rPr>
        <w:t>lòng mình dâng trào niềm quyết tâm mới.</w:t>
      </w:r>
      <w:r w:rsidR="00180685" w:rsidRPr="00180685">
        <w:rPr>
          <w:noProof/>
        </w:rPr>
        <w:t xml:space="preserve"> </w:t>
      </w:r>
    </w:p>
    <w:p w14:paraId="2ED70EB6" w14:textId="7D35748F" w:rsidR="00540C5A" w:rsidRDefault="008F38E2" w:rsidP="00540C5A">
      <w:pPr>
        <w:ind w:firstLine="720"/>
        <w:jc w:val="both"/>
        <w:rPr>
          <w:rFonts w:ascii="Times New Roman" w:hAnsi="Times New Roman" w:cs="Times New Roman"/>
          <w:sz w:val="28"/>
          <w:szCs w:val="28"/>
        </w:rPr>
      </w:pPr>
      <w:r w:rsidRPr="00CF6E22">
        <w:rPr>
          <w:rFonts w:ascii="Times New Roman" w:hAnsi="Times New Roman" w:cs="Times New Roman"/>
          <w:sz w:val="28"/>
          <w:szCs w:val="28"/>
        </w:rPr>
        <w:t>Khai trư</w:t>
      </w:r>
      <w:r w:rsidRPr="00CF6E22">
        <w:rPr>
          <w:rFonts w:ascii="Times New Roman" w:hAnsi="Times New Roman" w:cs="Times New Roman"/>
          <w:sz w:val="28"/>
          <w:szCs w:val="28"/>
        </w:rPr>
        <w:t>ờ</w:t>
      </w:r>
      <w:r w:rsidRPr="00CF6E22">
        <w:rPr>
          <w:rFonts w:ascii="Times New Roman" w:hAnsi="Times New Roman" w:cs="Times New Roman"/>
          <w:sz w:val="28"/>
          <w:szCs w:val="28"/>
        </w:rPr>
        <w:t>ng mùa thu là s</w:t>
      </w:r>
      <w:r w:rsidRPr="00CF6E22">
        <w:rPr>
          <w:rFonts w:ascii="Times New Roman" w:hAnsi="Times New Roman" w:cs="Times New Roman"/>
          <w:sz w:val="28"/>
          <w:szCs w:val="28"/>
        </w:rPr>
        <w:t>ự</w:t>
      </w:r>
      <w:r w:rsidRPr="00CF6E22">
        <w:rPr>
          <w:rFonts w:ascii="Times New Roman" w:hAnsi="Times New Roman" w:cs="Times New Roman"/>
          <w:sz w:val="28"/>
          <w:szCs w:val="28"/>
        </w:rPr>
        <w:t xml:space="preserve"> g</w:t>
      </w:r>
      <w:r w:rsidRPr="00CF6E22">
        <w:rPr>
          <w:rFonts w:ascii="Times New Roman" w:hAnsi="Times New Roman" w:cs="Times New Roman"/>
          <w:sz w:val="28"/>
          <w:szCs w:val="28"/>
        </w:rPr>
        <w:t>ặ</w:t>
      </w:r>
      <w:r w:rsidRPr="00CF6E22">
        <w:rPr>
          <w:rFonts w:ascii="Times New Roman" w:hAnsi="Times New Roman" w:cs="Times New Roman"/>
          <w:sz w:val="28"/>
          <w:szCs w:val="28"/>
        </w:rPr>
        <w:t>p g</w:t>
      </w:r>
      <w:r w:rsidRPr="00CF6E22">
        <w:rPr>
          <w:rFonts w:ascii="Times New Roman" w:hAnsi="Times New Roman" w:cs="Times New Roman"/>
          <w:sz w:val="28"/>
          <w:szCs w:val="28"/>
        </w:rPr>
        <w:t>ỡ</w:t>
      </w:r>
      <w:r w:rsidRPr="00CF6E22">
        <w:rPr>
          <w:rFonts w:ascii="Times New Roman" w:hAnsi="Times New Roman" w:cs="Times New Roman"/>
          <w:sz w:val="28"/>
          <w:szCs w:val="28"/>
        </w:rPr>
        <w:t xml:space="preserve"> kì di</w:t>
      </w:r>
      <w:r w:rsidRPr="00CF6E22">
        <w:rPr>
          <w:rFonts w:ascii="Times New Roman" w:hAnsi="Times New Roman" w:cs="Times New Roman"/>
          <w:sz w:val="28"/>
          <w:szCs w:val="28"/>
        </w:rPr>
        <w:t>ệ</w:t>
      </w:r>
      <w:r w:rsidRPr="00CF6E22">
        <w:rPr>
          <w:rFonts w:ascii="Times New Roman" w:hAnsi="Times New Roman" w:cs="Times New Roman"/>
          <w:sz w:val="28"/>
          <w:szCs w:val="28"/>
        </w:rPr>
        <w:t>u gi</w:t>
      </w:r>
      <w:r w:rsidRPr="00CF6E22">
        <w:rPr>
          <w:rFonts w:ascii="Times New Roman" w:hAnsi="Times New Roman" w:cs="Times New Roman"/>
          <w:sz w:val="28"/>
          <w:szCs w:val="28"/>
        </w:rPr>
        <w:t>ữ</w:t>
      </w:r>
      <w:r w:rsidRPr="00CF6E22">
        <w:rPr>
          <w:rFonts w:ascii="Times New Roman" w:hAnsi="Times New Roman" w:cs="Times New Roman"/>
          <w:sz w:val="28"/>
          <w:szCs w:val="28"/>
        </w:rPr>
        <w:t>a cái quen và cái l</w:t>
      </w:r>
      <w:r w:rsidRPr="00CF6E22">
        <w:rPr>
          <w:rFonts w:ascii="Times New Roman" w:hAnsi="Times New Roman" w:cs="Times New Roman"/>
          <w:sz w:val="28"/>
          <w:szCs w:val="28"/>
        </w:rPr>
        <w:t>ạ</w:t>
      </w:r>
      <w:r w:rsidRPr="00CF6E22">
        <w:rPr>
          <w:rFonts w:ascii="Times New Roman" w:hAnsi="Times New Roman" w:cs="Times New Roman"/>
          <w:sz w:val="28"/>
          <w:szCs w:val="28"/>
        </w:rPr>
        <w:t xml:space="preserve">. </w:t>
      </w:r>
      <w:r w:rsidRPr="00CF6E22">
        <w:rPr>
          <w:rFonts w:ascii="Times New Roman" w:hAnsi="Times New Roman" w:cs="Times New Roman"/>
          <w:sz w:val="28"/>
          <w:szCs w:val="28"/>
        </w:rPr>
        <w:t xml:space="preserve">Quen </w:t>
      </w:r>
      <w:r w:rsidRPr="00CF6E22">
        <w:rPr>
          <w:rFonts w:ascii="Times New Roman" w:hAnsi="Times New Roman" w:cs="Times New Roman"/>
          <w:sz w:val="28"/>
          <w:szCs w:val="28"/>
        </w:rPr>
        <w:t>ở</w:t>
      </w:r>
      <w:r w:rsidRPr="00CF6E22">
        <w:rPr>
          <w:rFonts w:ascii="Times New Roman" w:hAnsi="Times New Roman" w:cs="Times New Roman"/>
          <w:sz w:val="28"/>
          <w:szCs w:val="28"/>
        </w:rPr>
        <w:t xml:space="preserve"> nh</w:t>
      </w:r>
      <w:r w:rsidRPr="00CF6E22">
        <w:rPr>
          <w:rFonts w:ascii="Times New Roman" w:hAnsi="Times New Roman" w:cs="Times New Roman"/>
          <w:sz w:val="28"/>
          <w:szCs w:val="28"/>
        </w:rPr>
        <w:t>ữ</w:t>
      </w:r>
      <w:r w:rsidRPr="00CF6E22">
        <w:rPr>
          <w:rFonts w:ascii="Times New Roman" w:hAnsi="Times New Roman" w:cs="Times New Roman"/>
          <w:sz w:val="28"/>
          <w:szCs w:val="28"/>
        </w:rPr>
        <w:t>ng hàng gh</w:t>
      </w:r>
      <w:r w:rsidRPr="00CF6E22">
        <w:rPr>
          <w:rFonts w:ascii="Times New Roman" w:hAnsi="Times New Roman" w:cs="Times New Roman"/>
          <w:sz w:val="28"/>
          <w:szCs w:val="28"/>
        </w:rPr>
        <w:t>ế</w:t>
      </w:r>
      <w:r w:rsidRPr="00CF6E22">
        <w:rPr>
          <w:rFonts w:ascii="Times New Roman" w:hAnsi="Times New Roman" w:cs="Times New Roman"/>
          <w:sz w:val="28"/>
          <w:szCs w:val="28"/>
        </w:rPr>
        <w:t>, nh</w:t>
      </w:r>
      <w:r w:rsidRPr="00CF6E22">
        <w:rPr>
          <w:rFonts w:ascii="Times New Roman" w:hAnsi="Times New Roman" w:cs="Times New Roman"/>
          <w:sz w:val="28"/>
          <w:szCs w:val="28"/>
        </w:rPr>
        <w:t>ữ</w:t>
      </w:r>
      <w:r w:rsidRPr="00CF6E22">
        <w:rPr>
          <w:rFonts w:ascii="Times New Roman" w:hAnsi="Times New Roman" w:cs="Times New Roman"/>
          <w:sz w:val="28"/>
          <w:szCs w:val="28"/>
        </w:rPr>
        <w:t>ng cánh c</w:t>
      </w:r>
      <w:r w:rsidRPr="00CF6E22">
        <w:rPr>
          <w:rFonts w:ascii="Times New Roman" w:hAnsi="Times New Roman" w:cs="Times New Roman"/>
          <w:sz w:val="28"/>
          <w:szCs w:val="28"/>
        </w:rPr>
        <w:t>ử</w:t>
      </w:r>
      <w:r w:rsidRPr="00CF6E22">
        <w:rPr>
          <w:rFonts w:ascii="Times New Roman" w:hAnsi="Times New Roman" w:cs="Times New Roman"/>
          <w:sz w:val="28"/>
          <w:szCs w:val="28"/>
        </w:rPr>
        <w:t>a l</w:t>
      </w:r>
      <w:r w:rsidRPr="00CF6E22">
        <w:rPr>
          <w:rFonts w:ascii="Times New Roman" w:hAnsi="Times New Roman" w:cs="Times New Roman"/>
          <w:sz w:val="28"/>
          <w:szCs w:val="28"/>
        </w:rPr>
        <w:t>ớ</w:t>
      </w:r>
      <w:r w:rsidRPr="00CF6E22">
        <w:rPr>
          <w:rFonts w:ascii="Times New Roman" w:hAnsi="Times New Roman" w:cs="Times New Roman"/>
          <w:sz w:val="28"/>
          <w:szCs w:val="28"/>
        </w:rPr>
        <w:t>p, nh</w:t>
      </w:r>
      <w:r w:rsidRPr="00CF6E22">
        <w:rPr>
          <w:rFonts w:ascii="Times New Roman" w:hAnsi="Times New Roman" w:cs="Times New Roman"/>
          <w:sz w:val="28"/>
          <w:szCs w:val="28"/>
        </w:rPr>
        <w:t>ữ</w:t>
      </w:r>
      <w:r w:rsidRPr="00CF6E22">
        <w:rPr>
          <w:rFonts w:ascii="Times New Roman" w:hAnsi="Times New Roman" w:cs="Times New Roman"/>
          <w:sz w:val="28"/>
          <w:szCs w:val="28"/>
        </w:rPr>
        <w:t>ng gương m</w:t>
      </w:r>
      <w:r w:rsidRPr="00CF6E22">
        <w:rPr>
          <w:rFonts w:ascii="Times New Roman" w:hAnsi="Times New Roman" w:cs="Times New Roman"/>
          <w:sz w:val="28"/>
          <w:szCs w:val="28"/>
        </w:rPr>
        <w:t>ặ</w:t>
      </w:r>
      <w:r w:rsidRPr="00CF6E22">
        <w:rPr>
          <w:rFonts w:ascii="Times New Roman" w:hAnsi="Times New Roman" w:cs="Times New Roman"/>
          <w:sz w:val="28"/>
          <w:szCs w:val="28"/>
        </w:rPr>
        <w:t>t đã g</w:t>
      </w:r>
      <w:r w:rsidRPr="00CF6E22">
        <w:rPr>
          <w:rFonts w:ascii="Times New Roman" w:hAnsi="Times New Roman" w:cs="Times New Roman"/>
          <w:sz w:val="28"/>
          <w:szCs w:val="28"/>
        </w:rPr>
        <w:t>ắ</w:t>
      </w:r>
      <w:r w:rsidRPr="00CF6E22">
        <w:rPr>
          <w:rFonts w:ascii="Times New Roman" w:hAnsi="Times New Roman" w:cs="Times New Roman"/>
          <w:sz w:val="28"/>
          <w:szCs w:val="28"/>
        </w:rPr>
        <w:t>n bó. M</w:t>
      </w:r>
      <w:r w:rsidRPr="00CF6E22">
        <w:rPr>
          <w:rFonts w:ascii="Times New Roman" w:hAnsi="Times New Roman" w:cs="Times New Roman"/>
          <w:sz w:val="28"/>
          <w:szCs w:val="28"/>
        </w:rPr>
        <w:t>ớ</w:t>
      </w:r>
      <w:r w:rsidRPr="00CF6E22">
        <w:rPr>
          <w:rFonts w:ascii="Times New Roman" w:hAnsi="Times New Roman" w:cs="Times New Roman"/>
          <w:sz w:val="28"/>
          <w:szCs w:val="28"/>
        </w:rPr>
        <w:t xml:space="preserve">i </w:t>
      </w:r>
      <w:r w:rsidRPr="00CF6E22">
        <w:rPr>
          <w:rFonts w:ascii="Times New Roman" w:hAnsi="Times New Roman" w:cs="Times New Roman"/>
          <w:sz w:val="28"/>
          <w:szCs w:val="28"/>
        </w:rPr>
        <w:t>ở</w:t>
      </w:r>
      <w:r w:rsidRPr="00CF6E22">
        <w:rPr>
          <w:rFonts w:ascii="Times New Roman" w:hAnsi="Times New Roman" w:cs="Times New Roman"/>
          <w:sz w:val="28"/>
          <w:szCs w:val="28"/>
        </w:rPr>
        <w:t xml:space="preserve"> trang v</w:t>
      </w:r>
      <w:r w:rsidRPr="00CF6E22">
        <w:rPr>
          <w:rFonts w:ascii="Times New Roman" w:hAnsi="Times New Roman" w:cs="Times New Roman"/>
          <w:sz w:val="28"/>
          <w:szCs w:val="28"/>
        </w:rPr>
        <w:t>ở</w:t>
      </w:r>
      <w:r w:rsidRPr="00CF6E22">
        <w:rPr>
          <w:rFonts w:ascii="Times New Roman" w:hAnsi="Times New Roman" w:cs="Times New Roman"/>
          <w:sz w:val="28"/>
          <w:szCs w:val="28"/>
        </w:rPr>
        <w:t xml:space="preserve"> còn tinh khôi, </w:t>
      </w:r>
      <w:r w:rsidRPr="00CF6E22">
        <w:rPr>
          <w:rFonts w:ascii="Times New Roman" w:hAnsi="Times New Roman" w:cs="Times New Roman"/>
          <w:sz w:val="28"/>
          <w:szCs w:val="28"/>
        </w:rPr>
        <w:t>ở</w:t>
      </w:r>
      <w:r w:rsidRPr="00CF6E22">
        <w:rPr>
          <w:rFonts w:ascii="Times New Roman" w:hAnsi="Times New Roman" w:cs="Times New Roman"/>
          <w:sz w:val="28"/>
          <w:szCs w:val="28"/>
        </w:rPr>
        <w:t xml:space="preserve"> nh</w:t>
      </w:r>
      <w:r w:rsidRPr="00CF6E22">
        <w:rPr>
          <w:rFonts w:ascii="Times New Roman" w:hAnsi="Times New Roman" w:cs="Times New Roman"/>
          <w:sz w:val="28"/>
          <w:szCs w:val="28"/>
        </w:rPr>
        <w:t>ữ</w:t>
      </w:r>
      <w:r w:rsidRPr="00CF6E22">
        <w:rPr>
          <w:rFonts w:ascii="Times New Roman" w:hAnsi="Times New Roman" w:cs="Times New Roman"/>
          <w:sz w:val="28"/>
          <w:szCs w:val="28"/>
        </w:rPr>
        <w:t>ng bài h</w:t>
      </w:r>
      <w:r w:rsidRPr="00CF6E22">
        <w:rPr>
          <w:rFonts w:ascii="Times New Roman" w:hAnsi="Times New Roman" w:cs="Times New Roman"/>
          <w:sz w:val="28"/>
          <w:szCs w:val="28"/>
        </w:rPr>
        <w:t>ọ</w:t>
      </w:r>
      <w:r w:rsidRPr="00CF6E22">
        <w:rPr>
          <w:rFonts w:ascii="Times New Roman" w:hAnsi="Times New Roman" w:cs="Times New Roman"/>
          <w:sz w:val="28"/>
          <w:szCs w:val="28"/>
        </w:rPr>
        <w:t>c chưa bi</w:t>
      </w:r>
      <w:r w:rsidRPr="00CF6E22">
        <w:rPr>
          <w:rFonts w:ascii="Times New Roman" w:hAnsi="Times New Roman" w:cs="Times New Roman"/>
          <w:sz w:val="28"/>
          <w:szCs w:val="28"/>
        </w:rPr>
        <w:t>ế</w:t>
      </w:r>
      <w:r w:rsidRPr="00CF6E22">
        <w:rPr>
          <w:rFonts w:ascii="Times New Roman" w:hAnsi="Times New Roman" w:cs="Times New Roman"/>
          <w:sz w:val="28"/>
          <w:szCs w:val="28"/>
        </w:rPr>
        <w:t>t trư</w:t>
      </w:r>
      <w:r w:rsidRPr="00CF6E22">
        <w:rPr>
          <w:rFonts w:ascii="Times New Roman" w:hAnsi="Times New Roman" w:cs="Times New Roman"/>
          <w:sz w:val="28"/>
          <w:szCs w:val="28"/>
        </w:rPr>
        <w:t>ớ</w:t>
      </w:r>
      <w:r w:rsidRPr="00CF6E22">
        <w:rPr>
          <w:rFonts w:ascii="Times New Roman" w:hAnsi="Times New Roman" w:cs="Times New Roman"/>
          <w:sz w:val="28"/>
          <w:szCs w:val="28"/>
        </w:rPr>
        <w:t xml:space="preserve">c, </w:t>
      </w:r>
      <w:r w:rsidRPr="00CF6E22">
        <w:rPr>
          <w:rFonts w:ascii="Times New Roman" w:hAnsi="Times New Roman" w:cs="Times New Roman"/>
          <w:sz w:val="28"/>
          <w:szCs w:val="28"/>
        </w:rPr>
        <w:t>ở</w:t>
      </w:r>
      <w:r w:rsidRPr="00CF6E22">
        <w:rPr>
          <w:rFonts w:ascii="Times New Roman" w:hAnsi="Times New Roman" w:cs="Times New Roman"/>
          <w:sz w:val="28"/>
          <w:szCs w:val="28"/>
        </w:rPr>
        <w:t xml:space="preserve"> nh</w:t>
      </w:r>
      <w:r w:rsidRPr="00CF6E22">
        <w:rPr>
          <w:rFonts w:ascii="Times New Roman" w:hAnsi="Times New Roman" w:cs="Times New Roman"/>
          <w:sz w:val="28"/>
          <w:szCs w:val="28"/>
        </w:rPr>
        <w:t>ữ</w:t>
      </w:r>
      <w:r w:rsidRPr="00CF6E22">
        <w:rPr>
          <w:rFonts w:ascii="Times New Roman" w:hAnsi="Times New Roman" w:cs="Times New Roman"/>
          <w:sz w:val="28"/>
          <w:szCs w:val="28"/>
        </w:rPr>
        <w:t>ng th</w:t>
      </w:r>
      <w:r w:rsidRPr="00CF6E22">
        <w:rPr>
          <w:rFonts w:ascii="Times New Roman" w:hAnsi="Times New Roman" w:cs="Times New Roman"/>
          <w:sz w:val="28"/>
          <w:szCs w:val="28"/>
        </w:rPr>
        <w:t>ử</w:t>
      </w:r>
      <w:r w:rsidRPr="00CF6E22">
        <w:rPr>
          <w:rFonts w:ascii="Times New Roman" w:hAnsi="Times New Roman" w:cs="Times New Roman"/>
          <w:sz w:val="28"/>
          <w:szCs w:val="28"/>
        </w:rPr>
        <w:t xml:space="preserve"> thách và hành trình đang ch</w:t>
      </w:r>
      <w:r w:rsidRPr="00CF6E22">
        <w:rPr>
          <w:rFonts w:ascii="Times New Roman" w:hAnsi="Times New Roman" w:cs="Times New Roman"/>
          <w:sz w:val="28"/>
          <w:szCs w:val="28"/>
        </w:rPr>
        <w:t>ờ</w:t>
      </w:r>
      <w:r w:rsidRPr="00CF6E22">
        <w:rPr>
          <w:rFonts w:ascii="Times New Roman" w:hAnsi="Times New Roman" w:cs="Times New Roman"/>
          <w:sz w:val="28"/>
          <w:szCs w:val="28"/>
        </w:rPr>
        <w:t xml:space="preserve"> phía trư</w:t>
      </w:r>
      <w:r w:rsidRPr="00CF6E22">
        <w:rPr>
          <w:rFonts w:ascii="Times New Roman" w:hAnsi="Times New Roman" w:cs="Times New Roman"/>
          <w:sz w:val="28"/>
          <w:szCs w:val="28"/>
        </w:rPr>
        <w:t>ớ</w:t>
      </w:r>
      <w:r w:rsidRPr="00CF6E22">
        <w:rPr>
          <w:rFonts w:ascii="Times New Roman" w:hAnsi="Times New Roman" w:cs="Times New Roman"/>
          <w:sz w:val="28"/>
          <w:szCs w:val="28"/>
        </w:rPr>
        <w:t>c. S</w:t>
      </w:r>
      <w:r w:rsidRPr="00CF6E22">
        <w:rPr>
          <w:rFonts w:ascii="Times New Roman" w:hAnsi="Times New Roman" w:cs="Times New Roman"/>
          <w:sz w:val="28"/>
          <w:szCs w:val="28"/>
        </w:rPr>
        <w:t>ự</w:t>
      </w:r>
      <w:r w:rsidRPr="00CF6E22">
        <w:rPr>
          <w:rFonts w:ascii="Times New Roman" w:hAnsi="Times New Roman" w:cs="Times New Roman"/>
          <w:sz w:val="28"/>
          <w:szCs w:val="28"/>
        </w:rPr>
        <w:t xml:space="preserve"> giao thoa </w:t>
      </w:r>
      <w:r w:rsidRPr="00CF6E22">
        <w:rPr>
          <w:rFonts w:ascii="Times New Roman" w:hAnsi="Times New Roman" w:cs="Times New Roman"/>
          <w:sz w:val="28"/>
          <w:szCs w:val="28"/>
        </w:rPr>
        <w:t>ấ</w:t>
      </w:r>
      <w:r w:rsidRPr="00CF6E22">
        <w:rPr>
          <w:rFonts w:ascii="Times New Roman" w:hAnsi="Times New Roman" w:cs="Times New Roman"/>
          <w:sz w:val="28"/>
          <w:szCs w:val="28"/>
        </w:rPr>
        <w:t>y khi</w:t>
      </w:r>
      <w:r w:rsidRPr="00CF6E22">
        <w:rPr>
          <w:rFonts w:ascii="Times New Roman" w:hAnsi="Times New Roman" w:cs="Times New Roman"/>
          <w:sz w:val="28"/>
          <w:szCs w:val="28"/>
        </w:rPr>
        <w:t>ế</w:t>
      </w:r>
      <w:r w:rsidRPr="00CF6E22">
        <w:rPr>
          <w:rFonts w:ascii="Times New Roman" w:hAnsi="Times New Roman" w:cs="Times New Roman"/>
          <w:sz w:val="28"/>
          <w:szCs w:val="28"/>
        </w:rPr>
        <w:t>n cho m</w:t>
      </w:r>
      <w:r w:rsidRPr="00CF6E22">
        <w:rPr>
          <w:rFonts w:ascii="Times New Roman" w:hAnsi="Times New Roman" w:cs="Times New Roman"/>
          <w:sz w:val="28"/>
          <w:szCs w:val="28"/>
        </w:rPr>
        <w:t>ỗ</w:t>
      </w:r>
      <w:r w:rsidRPr="00CF6E22">
        <w:rPr>
          <w:rFonts w:ascii="Times New Roman" w:hAnsi="Times New Roman" w:cs="Times New Roman"/>
          <w:sz w:val="28"/>
          <w:szCs w:val="28"/>
        </w:rPr>
        <w:t>i ngư</w:t>
      </w:r>
      <w:r w:rsidRPr="00CF6E22">
        <w:rPr>
          <w:rFonts w:ascii="Times New Roman" w:hAnsi="Times New Roman" w:cs="Times New Roman"/>
          <w:sz w:val="28"/>
          <w:szCs w:val="28"/>
        </w:rPr>
        <w:t>ờ</w:t>
      </w:r>
      <w:r w:rsidRPr="00CF6E22">
        <w:rPr>
          <w:rFonts w:ascii="Times New Roman" w:hAnsi="Times New Roman" w:cs="Times New Roman"/>
          <w:sz w:val="28"/>
          <w:szCs w:val="28"/>
        </w:rPr>
        <w:t>i đ</w:t>
      </w:r>
      <w:r w:rsidRPr="00CF6E22">
        <w:rPr>
          <w:rFonts w:ascii="Times New Roman" w:hAnsi="Times New Roman" w:cs="Times New Roman"/>
          <w:sz w:val="28"/>
          <w:szCs w:val="28"/>
        </w:rPr>
        <w:t>ề</w:t>
      </w:r>
      <w:r w:rsidRPr="00CF6E22">
        <w:rPr>
          <w:rFonts w:ascii="Times New Roman" w:hAnsi="Times New Roman" w:cs="Times New Roman"/>
          <w:sz w:val="28"/>
          <w:szCs w:val="28"/>
        </w:rPr>
        <w:t>u c</w:t>
      </w:r>
      <w:r w:rsidRPr="00CF6E22">
        <w:rPr>
          <w:rFonts w:ascii="Times New Roman" w:hAnsi="Times New Roman" w:cs="Times New Roman"/>
          <w:sz w:val="28"/>
          <w:szCs w:val="28"/>
        </w:rPr>
        <w:t>ả</w:t>
      </w:r>
      <w:r w:rsidRPr="00CF6E22">
        <w:rPr>
          <w:rFonts w:ascii="Times New Roman" w:hAnsi="Times New Roman" w:cs="Times New Roman"/>
          <w:sz w:val="28"/>
          <w:szCs w:val="28"/>
        </w:rPr>
        <w:t>m nh</w:t>
      </w:r>
      <w:r w:rsidRPr="00CF6E22">
        <w:rPr>
          <w:rFonts w:ascii="Times New Roman" w:hAnsi="Times New Roman" w:cs="Times New Roman"/>
          <w:sz w:val="28"/>
          <w:szCs w:val="28"/>
        </w:rPr>
        <w:t>ậ</w:t>
      </w:r>
      <w:r w:rsidRPr="00CF6E22">
        <w:rPr>
          <w:rFonts w:ascii="Times New Roman" w:hAnsi="Times New Roman" w:cs="Times New Roman"/>
          <w:sz w:val="28"/>
          <w:szCs w:val="28"/>
        </w:rPr>
        <w:t>n rõ r</w:t>
      </w:r>
      <w:r w:rsidRPr="00CF6E22">
        <w:rPr>
          <w:rFonts w:ascii="Times New Roman" w:hAnsi="Times New Roman" w:cs="Times New Roman"/>
          <w:sz w:val="28"/>
          <w:szCs w:val="28"/>
        </w:rPr>
        <w:t>ệ</w:t>
      </w:r>
      <w:r w:rsidRPr="00CF6E22">
        <w:rPr>
          <w:rFonts w:ascii="Times New Roman" w:hAnsi="Times New Roman" w:cs="Times New Roman"/>
          <w:sz w:val="28"/>
          <w:szCs w:val="28"/>
        </w:rPr>
        <w:t>t s</w:t>
      </w:r>
      <w:r w:rsidRPr="00CF6E22">
        <w:rPr>
          <w:rFonts w:ascii="Times New Roman" w:hAnsi="Times New Roman" w:cs="Times New Roman"/>
          <w:sz w:val="28"/>
          <w:szCs w:val="28"/>
        </w:rPr>
        <w:t>ự</w:t>
      </w:r>
      <w:r w:rsidRPr="00CF6E22">
        <w:rPr>
          <w:rFonts w:ascii="Times New Roman" w:hAnsi="Times New Roman" w:cs="Times New Roman"/>
          <w:sz w:val="28"/>
          <w:szCs w:val="28"/>
        </w:rPr>
        <w:t xml:space="preserve"> l</w:t>
      </w:r>
      <w:r w:rsidRPr="00CF6E22">
        <w:rPr>
          <w:rFonts w:ascii="Times New Roman" w:hAnsi="Times New Roman" w:cs="Times New Roman"/>
          <w:sz w:val="28"/>
          <w:szCs w:val="28"/>
        </w:rPr>
        <w:t>ớ</w:t>
      </w:r>
      <w:r w:rsidRPr="00CF6E22">
        <w:rPr>
          <w:rFonts w:ascii="Times New Roman" w:hAnsi="Times New Roman" w:cs="Times New Roman"/>
          <w:sz w:val="28"/>
          <w:szCs w:val="28"/>
        </w:rPr>
        <w:t>n lên c</w:t>
      </w:r>
      <w:r w:rsidRPr="00CF6E22">
        <w:rPr>
          <w:rFonts w:ascii="Times New Roman" w:hAnsi="Times New Roman" w:cs="Times New Roman"/>
          <w:sz w:val="28"/>
          <w:szCs w:val="28"/>
        </w:rPr>
        <w:t>ủ</w:t>
      </w:r>
      <w:r w:rsidRPr="00CF6E22">
        <w:rPr>
          <w:rFonts w:ascii="Times New Roman" w:hAnsi="Times New Roman" w:cs="Times New Roman"/>
          <w:sz w:val="28"/>
          <w:szCs w:val="28"/>
        </w:rPr>
        <w:t>a</w:t>
      </w:r>
      <w:r w:rsidRPr="00CF6E22">
        <w:rPr>
          <w:rFonts w:ascii="Times New Roman" w:hAnsi="Times New Roman" w:cs="Times New Roman"/>
          <w:sz w:val="28"/>
          <w:szCs w:val="28"/>
        </w:rPr>
        <w:t xml:space="preserve"> mình, đ</w:t>
      </w:r>
      <w:r w:rsidRPr="00CF6E22">
        <w:rPr>
          <w:rFonts w:ascii="Times New Roman" w:hAnsi="Times New Roman" w:cs="Times New Roman"/>
          <w:sz w:val="28"/>
          <w:szCs w:val="28"/>
        </w:rPr>
        <w:t>ồ</w:t>
      </w:r>
      <w:r w:rsidRPr="00CF6E22">
        <w:rPr>
          <w:rFonts w:ascii="Times New Roman" w:hAnsi="Times New Roman" w:cs="Times New Roman"/>
          <w:sz w:val="28"/>
          <w:szCs w:val="28"/>
        </w:rPr>
        <w:t>ng th</w:t>
      </w:r>
      <w:r w:rsidRPr="00CF6E22">
        <w:rPr>
          <w:rFonts w:ascii="Times New Roman" w:hAnsi="Times New Roman" w:cs="Times New Roman"/>
          <w:sz w:val="28"/>
          <w:szCs w:val="28"/>
        </w:rPr>
        <w:t>ờ</w:t>
      </w:r>
      <w:r w:rsidRPr="00CF6E22">
        <w:rPr>
          <w:rFonts w:ascii="Times New Roman" w:hAnsi="Times New Roman" w:cs="Times New Roman"/>
          <w:sz w:val="28"/>
          <w:szCs w:val="28"/>
        </w:rPr>
        <w:t>i nuôi dư</w:t>
      </w:r>
      <w:r w:rsidRPr="00CF6E22">
        <w:rPr>
          <w:rFonts w:ascii="Times New Roman" w:hAnsi="Times New Roman" w:cs="Times New Roman"/>
          <w:sz w:val="28"/>
          <w:szCs w:val="28"/>
        </w:rPr>
        <w:t>ỡ</w:t>
      </w:r>
      <w:r w:rsidRPr="00CF6E22">
        <w:rPr>
          <w:rFonts w:ascii="Times New Roman" w:hAnsi="Times New Roman" w:cs="Times New Roman"/>
          <w:sz w:val="28"/>
          <w:szCs w:val="28"/>
        </w:rPr>
        <w:t>ng ni</w:t>
      </w:r>
      <w:r w:rsidRPr="00CF6E22">
        <w:rPr>
          <w:rFonts w:ascii="Times New Roman" w:hAnsi="Times New Roman" w:cs="Times New Roman"/>
          <w:sz w:val="28"/>
          <w:szCs w:val="28"/>
        </w:rPr>
        <w:t>ề</w:t>
      </w:r>
      <w:r w:rsidRPr="00CF6E22">
        <w:rPr>
          <w:rFonts w:ascii="Times New Roman" w:hAnsi="Times New Roman" w:cs="Times New Roman"/>
          <w:sz w:val="28"/>
          <w:szCs w:val="28"/>
        </w:rPr>
        <w:t>m tin vào m</w:t>
      </w:r>
      <w:r w:rsidRPr="00CF6E22">
        <w:rPr>
          <w:rFonts w:ascii="Times New Roman" w:hAnsi="Times New Roman" w:cs="Times New Roman"/>
          <w:sz w:val="28"/>
          <w:szCs w:val="28"/>
        </w:rPr>
        <w:t>ộ</w:t>
      </w:r>
      <w:r w:rsidRPr="00CF6E22">
        <w:rPr>
          <w:rFonts w:ascii="Times New Roman" w:hAnsi="Times New Roman" w:cs="Times New Roman"/>
          <w:sz w:val="28"/>
          <w:szCs w:val="28"/>
        </w:rPr>
        <w:t>t tương lai r</w:t>
      </w:r>
      <w:r w:rsidRPr="00CF6E22">
        <w:rPr>
          <w:rFonts w:ascii="Times New Roman" w:hAnsi="Times New Roman" w:cs="Times New Roman"/>
          <w:sz w:val="28"/>
          <w:szCs w:val="28"/>
        </w:rPr>
        <w:t>ộ</w:t>
      </w:r>
      <w:r w:rsidRPr="00CF6E22">
        <w:rPr>
          <w:rFonts w:ascii="Times New Roman" w:hAnsi="Times New Roman" w:cs="Times New Roman"/>
          <w:sz w:val="28"/>
          <w:szCs w:val="28"/>
        </w:rPr>
        <w:t>ng m</w:t>
      </w:r>
      <w:r w:rsidRPr="00CF6E22">
        <w:rPr>
          <w:rFonts w:ascii="Times New Roman" w:hAnsi="Times New Roman" w:cs="Times New Roman"/>
          <w:sz w:val="28"/>
          <w:szCs w:val="28"/>
        </w:rPr>
        <w:t>ở</w:t>
      </w:r>
      <w:r w:rsidRPr="00CF6E22">
        <w:rPr>
          <w:rFonts w:ascii="Times New Roman" w:hAnsi="Times New Roman" w:cs="Times New Roman"/>
          <w:sz w:val="28"/>
          <w:szCs w:val="28"/>
        </w:rPr>
        <w:t>.</w:t>
      </w:r>
    </w:p>
    <w:p w14:paraId="2743F93A" w14:textId="28C11E34" w:rsidR="000F4911" w:rsidRPr="00CF6E22" w:rsidRDefault="008F38E2" w:rsidP="00540C5A">
      <w:pPr>
        <w:ind w:firstLine="720"/>
        <w:jc w:val="both"/>
        <w:rPr>
          <w:rFonts w:ascii="Times New Roman" w:hAnsi="Times New Roman" w:cs="Times New Roman"/>
          <w:sz w:val="28"/>
          <w:szCs w:val="28"/>
        </w:rPr>
      </w:pPr>
      <w:r w:rsidRPr="00CF6E22">
        <w:rPr>
          <w:rFonts w:ascii="Times New Roman" w:hAnsi="Times New Roman" w:cs="Times New Roman"/>
          <w:sz w:val="28"/>
          <w:szCs w:val="28"/>
        </w:rPr>
        <w:t>D</w:t>
      </w:r>
      <w:r w:rsidRPr="00CF6E22">
        <w:rPr>
          <w:rFonts w:ascii="Times New Roman" w:hAnsi="Times New Roman" w:cs="Times New Roman"/>
          <w:sz w:val="28"/>
          <w:szCs w:val="28"/>
        </w:rPr>
        <w:t>ẫ</w:t>
      </w:r>
      <w:r w:rsidRPr="00CF6E22">
        <w:rPr>
          <w:rFonts w:ascii="Times New Roman" w:hAnsi="Times New Roman" w:cs="Times New Roman"/>
          <w:sz w:val="28"/>
          <w:szCs w:val="28"/>
        </w:rPr>
        <w:t xml:space="preserve">u mai này có đi xa, ký </w:t>
      </w:r>
      <w:r w:rsidRPr="00CF6E22">
        <w:rPr>
          <w:rFonts w:ascii="Times New Roman" w:hAnsi="Times New Roman" w:cs="Times New Roman"/>
          <w:sz w:val="28"/>
          <w:szCs w:val="28"/>
        </w:rPr>
        <w:t>ứ</w:t>
      </w:r>
      <w:r w:rsidRPr="00CF6E22">
        <w:rPr>
          <w:rFonts w:ascii="Times New Roman" w:hAnsi="Times New Roman" w:cs="Times New Roman"/>
          <w:sz w:val="28"/>
          <w:szCs w:val="28"/>
        </w:rPr>
        <w:t>c v</w:t>
      </w:r>
      <w:r w:rsidRPr="00CF6E22">
        <w:rPr>
          <w:rFonts w:ascii="Times New Roman" w:hAnsi="Times New Roman" w:cs="Times New Roman"/>
          <w:sz w:val="28"/>
          <w:szCs w:val="28"/>
        </w:rPr>
        <w:t>ề</w:t>
      </w:r>
      <w:r w:rsidRPr="00CF6E22">
        <w:rPr>
          <w:rFonts w:ascii="Times New Roman" w:hAnsi="Times New Roman" w:cs="Times New Roman"/>
          <w:sz w:val="28"/>
          <w:szCs w:val="28"/>
        </w:rPr>
        <w:t xml:space="preserve"> ngày khai trư</w:t>
      </w:r>
      <w:r w:rsidRPr="00CF6E22">
        <w:rPr>
          <w:rFonts w:ascii="Times New Roman" w:hAnsi="Times New Roman" w:cs="Times New Roman"/>
          <w:sz w:val="28"/>
          <w:szCs w:val="28"/>
        </w:rPr>
        <w:t>ờ</w:t>
      </w:r>
      <w:r w:rsidRPr="00CF6E22">
        <w:rPr>
          <w:rFonts w:ascii="Times New Roman" w:hAnsi="Times New Roman" w:cs="Times New Roman"/>
          <w:sz w:val="28"/>
          <w:szCs w:val="28"/>
        </w:rPr>
        <w:t>ng mùa thu v</w:t>
      </w:r>
      <w:r w:rsidRPr="00CF6E22">
        <w:rPr>
          <w:rFonts w:ascii="Times New Roman" w:hAnsi="Times New Roman" w:cs="Times New Roman"/>
          <w:sz w:val="28"/>
          <w:szCs w:val="28"/>
        </w:rPr>
        <w:t>ẫ</w:t>
      </w:r>
      <w:r w:rsidRPr="00CF6E22">
        <w:rPr>
          <w:rFonts w:ascii="Times New Roman" w:hAnsi="Times New Roman" w:cs="Times New Roman"/>
          <w:sz w:val="28"/>
          <w:szCs w:val="28"/>
        </w:rPr>
        <w:t>n s</w:t>
      </w:r>
      <w:r w:rsidRPr="00CF6E22">
        <w:rPr>
          <w:rFonts w:ascii="Times New Roman" w:hAnsi="Times New Roman" w:cs="Times New Roman"/>
          <w:sz w:val="28"/>
          <w:szCs w:val="28"/>
        </w:rPr>
        <w:t>ẽ</w:t>
      </w:r>
      <w:r w:rsidRPr="00CF6E22">
        <w:rPr>
          <w:rFonts w:ascii="Times New Roman" w:hAnsi="Times New Roman" w:cs="Times New Roman"/>
          <w:sz w:val="28"/>
          <w:szCs w:val="28"/>
        </w:rPr>
        <w:t xml:space="preserve"> còn </w:t>
      </w:r>
      <w:r w:rsidRPr="00CF6E22">
        <w:rPr>
          <w:rFonts w:ascii="Times New Roman" w:hAnsi="Times New Roman" w:cs="Times New Roman"/>
          <w:sz w:val="28"/>
          <w:szCs w:val="28"/>
        </w:rPr>
        <w:t>ở</w:t>
      </w:r>
      <w:r w:rsidRPr="00CF6E22">
        <w:rPr>
          <w:rFonts w:ascii="Times New Roman" w:hAnsi="Times New Roman" w:cs="Times New Roman"/>
          <w:sz w:val="28"/>
          <w:szCs w:val="28"/>
        </w:rPr>
        <w:t xml:space="preserve"> l</w:t>
      </w:r>
      <w:r w:rsidRPr="00CF6E22">
        <w:rPr>
          <w:rFonts w:ascii="Times New Roman" w:hAnsi="Times New Roman" w:cs="Times New Roman"/>
          <w:sz w:val="28"/>
          <w:szCs w:val="28"/>
        </w:rPr>
        <w:t>ạ</w:t>
      </w:r>
      <w:r w:rsidRPr="00CF6E22">
        <w:rPr>
          <w:rFonts w:ascii="Times New Roman" w:hAnsi="Times New Roman" w:cs="Times New Roman"/>
          <w:sz w:val="28"/>
          <w:szCs w:val="28"/>
        </w:rPr>
        <w:t>i, như m</w:t>
      </w:r>
      <w:r w:rsidRPr="00CF6E22">
        <w:rPr>
          <w:rFonts w:ascii="Times New Roman" w:hAnsi="Times New Roman" w:cs="Times New Roman"/>
          <w:sz w:val="28"/>
          <w:szCs w:val="28"/>
        </w:rPr>
        <w:t>ộ</w:t>
      </w:r>
      <w:r w:rsidRPr="00CF6E22">
        <w:rPr>
          <w:rFonts w:ascii="Times New Roman" w:hAnsi="Times New Roman" w:cs="Times New Roman"/>
          <w:sz w:val="28"/>
          <w:szCs w:val="28"/>
        </w:rPr>
        <w:t>t mi</w:t>
      </w:r>
      <w:r w:rsidRPr="00CF6E22">
        <w:rPr>
          <w:rFonts w:ascii="Times New Roman" w:hAnsi="Times New Roman" w:cs="Times New Roman"/>
          <w:sz w:val="28"/>
          <w:szCs w:val="28"/>
        </w:rPr>
        <w:t>ề</w:t>
      </w:r>
      <w:r w:rsidRPr="00CF6E22">
        <w:rPr>
          <w:rFonts w:ascii="Times New Roman" w:hAnsi="Times New Roman" w:cs="Times New Roman"/>
          <w:sz w:val="28"/>
          <w:szCs w:val="28"/>
        </w:rPr>
        <w:t xml:space="preserve">n ký </w:t>
      </w:r>
      <w:r w:rsidRPr="00CF6E22">
        <w:rPr>
          <w:rFonts w:ascii="Times New Roman" w:hAnsi="Times New Roman" w:cs="Times New Roman"/>
          <w:sz w:val="28"/>
          <w:szCs w:val="28"/>
        </w:rPr>
        <w:t>ứ</w:t>
      </w:r>
      <w:r w:rsidRPr="00CF6E22">
        <w:rPr>
          <w:rFonts w:ascii="Times New Roman" w:hAnsi="Times New Roman" w:cs="Times New Roman"/>
          <w:sz w:val="28"/>
          <w:szCs w:val="28"/>
        </w:rPr>
        <w:t>c trong sáng, d</w:t>
      </w:r>
      <w:r w:rsidRPr="00CF6E22">
        <w:rPr>
          <w:rFonts w:ascii="Times New Roman" w:hAnsi="Times New Roman" w:cs="Times New Roman"/>
          <w:sz w:val="28"/>
          <w:szCs w:val="28"/>
        </w:rPr>
        <w:t>ị</w:t>
      </w:r>
      <w:r w:rsidRPr="00CF6E22">
        <w:rPr>
          <w:rFonts w:ascii="Times New Roman" w:hAnsi="Times New Roman" w:cs="Times New Roman"/>
          <w:sz w:val="28"/>
          <w:szCs w:val="28"/>
        </w:rPr>
        <w:t>u dàng và đ</w:t>
      </w:r>
      <w:r w:rsidRPr="00CF6E22">
        <w:rPr>
          <w:rFonts w:ascii="Times New Roman" w:hAnsi="Times New Roman" w:cs="Times New Roman"/>
          <w:sz w:val="28"/>
          <w:szCs w:val="28"/>
        </w:rPr>
        <w:t>ầ</w:t>
      </w:r>
      <w:r w:rsidRPr="00CF6E22">
        <w:rPr>
          <w:rFonts w:ascii="Times New Roman" w:hAnsi="Times New Roman" w:cs="Times New Roman"/>
          <w:sz w:val="28"/>
          <w:szCs w:val="28"/>
        </w:rPr>
        <w:t xml:space="preserve">y </w:t>
      </w:r>
      <w:r w:rsidRPr="00CF6E22">
        <w:rPr>
          <w:rFonts w:ascii="Times New Roman" w:hAnsi="Times New Roman" w:cs="Times New Roman"/>
          <w:sz w:val="28"/>
          <w:szCs w:val="28"/>
        </w:rPr>
        <w:t>ắ</w:t>
      </w:r>
      <w:r w:rsidRPr="00CF6E22">
        <w:rPr>
          <w:rFonts w:ascii="Times New Roman" w:hAnsi="Times New Roman" w:cs="Times New Roman"/>
          <w:sz w:val="28"/>
          <w:szCs w:val="28"/>
        </w:rPr>
        <w:t xml:space="preserve">p thương yêu. Ngày </w:t>
      </w:r>
      <w:r w:rsidRPr="00CF6E22">
        <w:rPr>
          <w:rFonts w:ascii="Times New Roman" w:hAnsi="Times New Roman" w:cs="Times New Roman"/>
          <w:sz w:val="28"/>
          <w:szCs w:val="28"/>
        </w:rPr>
        <w:t>ấ</w:t>
      </w:r>
      <w:r w:rsidRPr="00CF6E22">
        <w:rPr>
          <w:rFonts w:ascii="Times New Roman" w:hAnsi="Times New Roman" w:cs="Times New Roman"/>
          <w:sz w:val="28"/>
          <w:szCs w:val="28"/>
        </w:rPr>
        <w:t>y mãi là kh</w:t>
      </w:r>
      <w:r w:rsidRPr="00CF6E22">
        <w:rPr>
          <w:rFonts w:ascii="Times New Roman" w:hAnsi="Times New Roman" w:cs="Times New Roman"/>
          <w:sz w:val="28"/>
          <w:szCs w:val="28"/>
        </w:rPr>
        <w:t>ở</w:t>
      </w:r>
      <w:r w:rsidRPr="00CF6E22">
        <w:rPr>
          <w:rFonts w:ascii="Times New Roman" w:hAnsi="Times New Roman" w:cs="Times New Roman"/>
          <w:sz w:val="28"/>
          <w:szCs w:val="28"/>
        </w:rPr>
        <w:t>i đ</w:t>
      </w:r>
      <w:r w:rsidRPr="00CF6E22">
        <w:rPr>
          <w:rFonts w:ascii="Times New Roman" w:hAnsi="Times New Roman" w:cs="Times New Roman"/>
          <w:sz w:val="28"/>
          <w:szCs w:val="28"/>
        </w:rPr>
        <w:t>ầ</w:t>
      </w:r>
      <w:r w:rsidRPr="00CF6E22">
        <w:rPr>
          <w:rFonts w:ascii="Times New Roman" w:hAnsi="Times New Roman" w:cs="Times New Roman"/>
          <w:sz w:val="28"/>
          <w:szCs w:val="28"/>
        </w:rPr>
        <w:t>u c</w:t>
      </w:r>
      <w:r w:rsidRPr="00CF6E22">
        <w:rPr>
          <w:rFonts w:ascii="Times New Roman" w:hAnsi="Times New Roman" w:cs="Times New Roman"/>
          <w:sz w:val="28"/>
          <w:szCs w:val="28"/>
        </w:rPr>
        <w:t>ủ</w:t>
      </w:r>
      <w:r w:rsidRPr="00CF6E22">
        <w:rPr>
          <w:rFonts w:ascii="Times New Roman" w:hAnsi="Times New Roman" w:cs="Times New Roman"/>
          <w:sz w:val="28"/>
          <w:szCs w:val="28"/>
        </w:rPr>
        <w:t>a hi v</w:t>
      </w:r>
      <w:r w:rsidRPr="00CF6E22">
        <w:rPr>
          <w:rFonts w:ascii="Times New Roman" w:hAnsi="Times New Roman" w:cs="Times New Roman"/>
          <w:sz w:val="28"/>
          <w:szCs w:val="28"/>
        </w:rPr>
        <w:t>ọ</w:t>
      </w:r>
      <w:r w:rsidRPr="00CF6E22">
        <w:rPr>
          <w:rFonts w:ascii="Times New Roman" w:hAnsi="Times New Roman" w:cs="Times New Roman"/>
          <w:sz w:val="28"/>
          <w:szCs w:val="28"/>
        </w:rPr>
        <w:t>ng, là d</w:t>
      </w:r>
      <w:r w:rsidRPr="00CF6E22">
        <w:rPr>
          <w:rFonts w:ascii="Times New Roman" w:hAnsi="Times New Roman" w:cs="Times New Roman"/>
          <w:sz w:val="28"/>
          <w:szCs w:val="28"/>
        </w:rPr>
        <w:t>ấ</w:t>
      </w:r>
      <w:r w:rsidRPr="00CF6E22">
        <w:rPr>
          <w:rFonts w:ascii="Times New Roman" w:hAnsi="Times New Roman" w:cs="Times New Roman"/>
          <w:sz w:val="28"/>
          <w:szCs w:val="28"/>
        </w:rPr>
        <w:t>u m</w:t>
      </w:r>
      <w:r w:rsidRPr="00CF6E22">
        <w:rPr>
          <w:rFonts w:ascii="Times New Roman" w:hAnsi="Times New Roman" w:cs="Times New Roman"/>
          <w:sz w:val="28"/>
          <w:szCs w:val="28"/>
        </w:rPr>
        <w:t>ố</w:t>
      </w:r>
      <w:r w:rsidRPr="00CF6E22">
        <w:rPr>
          <w:rFonts w:ascii="Times New Roman" w:hAnsi="Times New Roman" w:cs="Times New Roman"/>
          <w:sz w:val="28"/>
          <w:szCs w:val="28"/>
        </w:rPr>
        <w:t>c đ</w:t>
      </w:r>
      <w:r w:rsidRPr="00CF6E22">
        <w:rPr>
          <w:rFonts w:ascii="Times New Roman" w:hAnsi="Times New Roman" w:cs="Times New Roman"/>
          <w:sz w:val="28"/>
          <w:szCs w:val="28"/>
        </w:rPr>
        <w:t>ể</w:t>
      </w:r>
      <w:r w:rsidRPr="00CF6E22">
        <w:rPr>
          <w:rFonts w:ascii="Times New Roman" w:hAnsi="Times New Roman" w:cs="Times New Roman"/>
          <w:sz w:val="28"/>
          <w:szCs w:val="28"/>
        </w:rPr>
        <w:t xml:space="preserve"> m</w:t>
      </w:r>
      <w:r w:rsidRPr="00CF6E22">
        <w:rPr>
          <w:rFonts w:ascii="Times New Roman" w:hAnsi="Times New Roman" w:cs="Times New Roman"/>
          <w:sz w:val="28"/>
          <w:szCs w:val="28"/>
        </w:rPr>
        <w:t>ỗ</w:t>
      </w:r>
      <w:r w:rsidRPr="00CF6E22">
        <w:rPr>
          <w:rFonts w:ascii="Times New Roman" w:hAnsi="Times New Roman" w:cs="Times New Roman"/>
          <w:sz w:val="28"/>
          <w:szCs w:val="28"/>
        </w:rPr>
        <w:t>i t</w:t>
      </w:r>
      <w:r w:rsidRPr="00CF6E22">
        <w:rPr>
          <w:rFonts w:ascii="Times New Roman" w:hAnsi="Times New Roman" w:cs="Times New Roman"/>
          <w:sz w:val="28"/>
          <w:szCs w:val="28"/>
        </w:rPr>
        <w:t>h</w:t>
      </w:r>
      <w:r w:rsidRPr="00CF6E22">
        <w:rPr>
          <w:rFonts w:ascii="Times New Roman" w:hAnsi="Times New Roman" w:cs="Times New Roman"/>
          <w:sz w:val="28"/>
          <w:szCs w:val="28"/>
        </w:rPr>
        <w:t>ế</w:t>
      </w:r>
      <w:r w:rsidRPr="00CF6E22">
        <w:rPr>
          <w:rFonts w:ascii="Times New Roman" w:hAnsi="Times New Roman" w:cs="Times New Roman"/>
          <w:sz w:val="28"/>
          <w:szCs w:val="28"/>
        </w:rPr>
        <w:t xml:space="preserve"> h</w:t>
      </w:r>
      <w:r w:rsidRPr="00CF6E22">
        <w:rPr>
          <w:rFonts w:ascii="Times New Roman" w:hAnsi="Times New Roman" w:cs="Times New Roman"/>
          <w:sz w:val="28"/>
          <w:szCs w:val="28"/>
        </w:rPr>
        <w:t>ệ</w:t>
      </w:r>
      <w:r w:rsidRPr="00CF6E22">
        <w:rPr>
          <w:rFonts w:ascii="Times New Roman" w:hAnsi="Times New Roman" w:cs="Times New Roman"/>
          <w:sz w:val="28"/>
          <w:szCs w:val="28"/>
        </w:rPr>
        <w:t xml:space="preserve"> h</w:t>
      </w:r>
      <w:r w:rsidRPr="00CF6E22">
        <w:rPr>
          <w:rFonts w:ascii="Times New Roman" w:hAnsi="Times New Roman" w:cs="Times New Roman"/>
          <w:sz w:val="28"/>
          <w:szCs w:val="28"/>
        </w:rPr>
        <w:t>ọ</w:t>
      </w:r>
      <w:r w:rsidRPr="00CF6E22">
        <w:rPr>
          <w:rFonts w:ascii="Times New Roman" w:hAnsi="Times New Roman" w:cs="Times New Roman"/>
          <w:sz w:val="28"/>
          <w:szCs w:val="28"/>
        </w:rPr>
        <w:t>c trò thêm g</w:t>
      </w:r>
      <w:r w:rsidRPr="00CF6E22">
        <w:rPr>
          <w:rFonts w:ascii="Times New Roman" w:hAnsi="Times New Roman" w:cs="Times New Roman"/>
          <w:sz w:val="28"/>
          <w:szCs w:val="28"/>
        </w:rPr>
        <w:t>ắ</w:t>
      </w:r>
      <w:r w:rsidRPr="00CF6E22">
        <w:rPr>
          <w:rFonts w:ascii="Times New Roman" w:hAnsi="Times New Roman" w:cs="Times New Roman"/>
          <w:sz w:val="28"/>
          <w:szCs w:val="28"/>
        </w:rPr>
        <w:t>n bó, thêm khát khao, thêm v</w:t>
      </w:r>
      <w:r w:rsidRPr="00CF6E22">
        <w:rPr>
          <w:rFonts w:ascii="Times New Roman" w:hAnsi="Times New Roman" w:cs="Times New Roman"/>
          <w:sz w:val="28"/>
          <w:szCs w:val="28"/>
        </w:rPr>
        <w:t>ữ</w:t>
      </w:r>
      <w:r w:rsidRPr="00CF6E22">
        <w:rPr>
          <w:rFonts w:ascii="Times New Roman" w:hAnsi="Times New Roman" w:cs="Times New Roman"/>
          <w:sz w:val="28"/>
          <w:szCs w:val="28"/>
        </w:rPr>
        <w:t>ng bư</w:t>
      </w:r>
      <w:r w:rsidRPr="00CF6E22">
        <w:rPr>
          <w:rFonts w:ascii="Times New Roman" w:hAnsi="Times New Roman" w:cs="Times New Roman"/>
          <w:sz w:val="28"/>
          <w:szCs w:val="28"/>
        </w:rPr>
        <w:t>ớ</w:t>
      </w:r>
      <w:r w:rsidRPr="00CF6E22">
        <w:rPr>
          <w:rFonts w:ascii="Times New Roman" w:hAnsi="Times New Roman" w:cs="Times New Roman"/>
          <w:sz w:val="28"/>
          <w:szCs w:val="28"/>
        </w:rPr>
        <w:t>c trên con đư</w:t>
      </w:r>
      <w:r w:rsidRPr="00CF6E22">
        <w:rPr>
          <w:rFonts w:ascii="Times New Roman" w:hAnsi="Times New Roman" w:cs="Times New Roman"/>
          <w:sz w:val="28"/>
          <w:szCs w:val="28"/>
        </w:rPr>
        <w:t>ờ</w:t>
      </w:r>
      <w:r w:rsidRPr="00CF6E22">
        <w:rPr>
          <w:rFonts w:ascii="Times New Roman" w:hAnsi="Times New Roman" w:cs="Times New Roman"/>
          <w:sz w:val="28"/>
          <w:szCs w:val="28"/>
        </w:rPr>
        <w:t>ng chinh ph</w:t>
      </w:r>
      <w:r w:rsidRPr="00CF6E22">
        <w:rPr>
          <w:rFonts w:ascii="Times New Roman" w:hAnsi="Times New Roman" w:cs="Times New Roman"/>
          <w:sz w:val="28"/>
          <w:szCs w:val="28"/>
        </w:rPr>
        <w:t>ụ</w:t>
      </w:r>
      <w:r w:rsidRPr="00CF6E22">
        <w:rPr>
          <w:rFonts w:ascii="Times New Roman" w:hAnsi="Times New Roman" w:cs="Times New Roman"/>
          <w:sz w:val="28"/>
          <w:szCs w:val="28"/>
        </w:rPr>
        <w:t>c tri th</w:t>
      </w:r>
      <w:r w:rsidRPr="00CF6E22">
        <w:rPr>
          <w:rFonts w:ascii="Times New Roman" w:hAnsi="Times New Roman" w:cs="Times New Roman"/>
          <w:sz w:val="28"/>
          <w:szCs w:val="28"/>
        </w:rPr>
        <w:t>ứ</w:t>
      </w:r>
      <w:r w:rsidRPr="00CF6E22">
        <w:rPr>
          <w:rFonts w:ascii="Times New Roman" w:hAnsi="Times New Roman" w:cs="Times New Roman"/>
          <w:sz w:val="28"/>
          <w:szCs w:val="28"/>
        </w:rPr>
        <w:t>c và xây d</w:t>
      </w:r>
      <w:r w:rsidRPr="00CF6E22">
        <w:rPr>
          <w:rFonts w:ascii="Times New Roman" w:hAnsi="Times New Roman" w:cs="Times New Roman"/>
          <w:sz w:val="28"/>
          <w:szCs w:val="28"/>
        </w:rPr>
        <w:t>ự</w:t>
      </w:r>
      <w:r w:rsidRPr="00CF6E22">
        <w:rPr>
          <w:rFonts w:ascii="Times New Roman" w:hAnsi="Times New Roman" w:cs="Times New Roman"/>
          <w:sz w:val="28"/>
          <w:szCs w:val="28"/>
        </w:rPr>
        <w:t>ng ư</w:t>
      </w:r>
      <w:r w:rsidRPr="00CF6E22">
        <w:rPr>
          <w:rFonts w:ascii="Times New Roman" w:hAnsi="Times New Roman" w:cs="Times New Roman"/>
          <w:sz w:val="28"/>
          <w:szCs w:val="28"/>
        </w:rPr>
        <w:t>ớ</w:t>
      </w:r>
      <w:r>
        <w:rPr>
          <w:rFonts w:ascii="Times New Roman" w:hAnsi="Times New Roman" w:cs="Times New Roman"/>
          <w:sz w:val="28"/>
          <w:szCs w:val="28"/>
        </w:rPr>
        <w:t>c mơ./.</w:t>
      </w:r>
    </w:p>
    <w:sectPr w:rsidR="000F4911" w:rsidRPr="00CF6E22" w:rsidSect="00540C5A">
      <w:pgSz w:w="12240" w:h="15840"/>
      <w:pgMar w:top="851" w:right="1041" w:bottom="1440" w:left="127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90D5C"/>
    <w:rsid w:val="000F4911"/>
    <w:rsid w:val="0015074B"/>
    <w:rsid w:val="00180685"/>
    <w:rsid w:val="0029639D"/>
    <w:rsid w:val="00326F90"/>
    <w:rsid w:val="00540C5A"/>
    <w:rsid w:val="008F38E2"/>
    <w:rsid w:val="00AA1D8D"/>
    <w:rsid w:val="00B47730"/>
    <w:rsid w:val="00CB0664"/>
    <w:rsid w:val="00CF6E2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A6E4AA3"/>
  <w14:defaultImageDpi w14:val="300"/>
  <w15:docId w15:val="{D1191703-C7E6-493D-90D0-32D92C868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NormalWeb">
    <w:name w:val="Normal (Web)"/>
    <w:basedOn w:val="Normal"/>
    <w:uiPriority w:val="99"/>
    <w:semiHidden/>
    <w:unhideWhenUsed/>
    <w:rsid w:val="00180685"/>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36707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B928CD-F180-4C7C-B886-7687E1EF21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2</Pages>
  <Words>285</Words>
  <Characters>1626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1908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admin</cp:lastModifiedBy>
  <cp:revision>3</cp:revision>
  <dcterms:created xsi:type="dcterms:W3CDTF">2013-12-23T23:15:00Z</dcterms:created>
  <dcterms:modified xsi:type="dcterms:W3CDTF">2025-09-09T01:50:00Z</dcterms:modified>
  <cp:category/>
</cp:coreProperties>
</file>